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EF3F" w14:textId="77777777" w:rsidR="00AA74A2" w:rsidRPr="00EC2854" w:rsidRDefault="00000000">
      <w:pPr>
        <w:spacing w:after="20"/>
        <w:jc w:val="right"/>
        <w:rPr>
          <w:rFonts w:ascii="BIZ UDP明朝 Medium" w:eastAsia="BIZ UDP明朝 Medium" w:hAnsi="BIZ UDP明朝 Medium"/>
          <w:sz w:val="22"/>
          <w:szCs w:val="32"/>
        </w:rPr>
      </w:pPr>
      <w:r w:rsidRPr="00EC2854">
        <w:rPr>
          <w:rFonts w:ascii="BIZ UDP明朝 Medium" w:eastAsia="BIZ UDP明朝 Medium" w:hAnsi="BIZ UDP明朝 Medium"/>
          <w:sz w:val="22"/>
          <w:szCs w:val="32"/>
        </w:rPr>
        <w:t>令和　　　年　　　月　　　日</w:t>
      </w:r>
    </w:p>
    <w:p w14:paraId="179328D1" w14:textId="77777777" w:rsidR="00AA74A2" w:rsidRPr="00EC2854" w:rsidRDefault="00000000">
      <w:pPr>
        <w:spacing w:after="100"/>
        <w:jc w:val="center"/>
        <w:rPr>
          <w:rFonts w:ascii="BIZ UDP明朝 Medium" w:eastAsia="BIZ UDP明朝 Medium" w:hAnsi="BIZ UDP明朝 Medium"/>
          <w:sz w:val="22"/>
          <w:szCs w:val="32"/>
        </w:rPr>
      </w:pPr>
      <w:r w:rsidRPr="00EC2854">
        <w:rPr>
          <w:rFonts w:ascii="BIZ UDP明朝 Medium" w:eastAsia="BIZ UDP明朝 Medium" w:hAnsi="BIZ UDP明朝 Medium"/>
          <w:b/>
          <w:sz w:val="44"/>
          <w:szCs w:val="32"/>
        </w:rPr>
        <w:t>受験生情報変更届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AA74A2" w:rsidRPr="00EC2854" w14:paraId="5BB27E3E" w14:textId="77777777">
        <w:trPr>
          <w:jc w:val="center"/>
        </w:trPr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1A71B" w14:textId="77777777" w:rsidR="00AA74A2" w:rsidRPr="00EC2854" w:rsidRDefault="00000000">
            <w:pPr>
              <w:spacing w:after="0" w:line="240" w:lineRule="auto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>大分東明高等学校長　殿</w:t>
            </w:r>
          </w:p>
        </w:tc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C46DBC" w14:textId="77777777" w:rsidR="00AA74A2" w:rsidRPr="00EC2854" w:rsidRDefault="00000000">
            <w:pPr>
              <w:spacing w:after="0" w:line="240" w:lineRule="auto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中学校名：　　　　　　　　　　　　　　　　</w:t>
            </w:r>
          </w:p>
        </w:tc>
      </w:tr>
      <w:tr w:rsidR="00AA74A2" w:rsidRPr="00EC2854" w14:paraId="52F92645" w14:textId="77777777">
        <w:trPr>
          <w:jc w:val="center"/>
        </w:trPr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1EC29" w14:textId="77777777" w:rsidR="00AA74A2" w:rsidRPr="00EC2854" w:rsidRDefault="00AA74A2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DC05B" w14:textId="0CAAA25A" w:rsidR="00AA74A2" w:rsidRPr="00EC2854" w:rsidRDefault="00000000">
            <w:pPr>
              <w:spacing w:after="0" w:line="240" w:lineRule="auto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校 長 名：　　　　　　　　　　　　　</w:t>
            </w:r>
            <w:r w:rsidR="00D42AF7"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  <w:t xml:space="preserve">　　　　　　　　　　　</w:t>
            </w: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印</w:t>
            </w:r>
          </w:p>
        </w:tc>
      </w:tr>
      <w:tr w:rsidR="00AA74A2" w:rsidRPr="00EC2854" w14:paraId="422A7EDB" w14:textId="77777777">
        <w:trPr>
          <w:jc w:val="center"/>
        </w:trPr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DFC49" w14:textId="77777777" w:rsidR="00AA74A2" w:rsidRPr="00EC2854" w:rsidRDefault="00AA74A2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4407B" w14:textId="77777777" w:rsidR="00AA74A2" w:rsidRPr="00EC2854" w:rsidRDefault="00000000">
            <w:pPr>
              <w:spacing w:after="0" w:line="240" w:lineRule="auto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担当者名：　　　　　　　　　　　　　　　　</w:t>
            </w:r>
          </w:p>
        </w:tc>
      </w:tr>
    </w:tbl>
    <w:p w14:paraId="73517F08" w14:textId="77777777" w:rsidR="00AA74A2" w:rsidRDefault="00000000">
      <w:pPr>
        <w:spacing w:before="60" w:after="80" w:line="264" w:lineRule="auto"/>
        <w:rPr>
          <w:rFonts w:ascii="BIZ UDP明朝 Medium" w:eastAsia="BIZ UDP明朝 Medium" w:hAnsi="BIZ UDP明朝 Medium"/>
          <w:sz w:val="22"/>
          <w:lang w:eastAsia="ja-JP"/>
        </w:rPr>
      </w:pPr>
      <w:r w:rsidRPr="00EC2854">
        <w:rPr>
          <w:rFonts w:ascii="BIZ UDP明朝 Medium" w:eastAsia="BIZ UDP明朝 Medium" w:hAnsi="BIZ UDP明朝 Medium"/>
          <w:sz w:val="22"/>
          <w:lang w:eastAsia="ja-JP"/>
        </w:rPr>
        <w:t>貴校を志願している下記の本校生徒について、WEB出願後の登録内容に変更・訂正が必要となりましたので、下記のとおり届け出ます。なお、本届の内容は、本人及び保護者に確認済みです。</w:t>
      </w:r>
    </w:p>
    <w:p w14:paraId="0D1CB433" w14:textId="70A5102D" w:rsidR="00EC2854" w:rsidRPr="00EC2854" w:rsidRDefault="00841C80">
      <w:pPr>
        <w:spacing w:before="60" w:after="80" w:line="264" w:lineRule="auto"/>
        <w:rPr>
          <w:rFonts w:ascii="BIZ UDP明朝 Medium" w:eastAsia="BIZ UDP明朝 Medium" w:hAnsi="BIZ UDP明朝 Medium"/>
          <w:sz w:val="22"/>
          <w:lang w:eastAsia="ja-JP"/>
        </w:rPr>
      </w:pPr>
      <w:r w:rsidRPr="00905968">
        <w:rPr>
          <w:rFonts w:ascii="BIZ UDP明朝 Medium" w:eastAsia="BIZ UDP明朝 Medium" w:hAnsi="BIZ UDP明朝 Medium" w:hint="eastAsia"/>
          <w:color w:val="000000" w:themeColor="text1"/>
          <w:sz w:val="22"/>
          <w:lang w:eastAsia="ja-JP"/>
        </w:rPr>
        <w:t>（</w:t>
      </w:r>
      <w:r w:rsidR="00EC2854">
        <w:rPr>
          <w:rFonts w:ascii="BIZ UDP明朝 Medium" w:eastAsia="BIZ UDP明朝 Medium" w:hAnsi="BIZ UDP明朝 Medium" w:hint="eastAsia"/>
          <w:sz w:val="22"/>
          <w:lang w:eastAsia="ja-JP"/>
        </w:rPr>
        <w:t>朱書き</w:t>
      </w:r>
      <w:r>
        <w:rPr>
          <w:rFonts w:ascii="BIZ UDP明朝 Medium" w:eastAsia="BIZ UDP明朝 Medium" w:hAnsi="BIZ UDP明朝 Medium" w:hint="eastAsia"/>
          <w:sz w:val="22"/>
          <w:lang w:eastAsia="ja-JP"/>
        </w:rPr>
        <w:t>した記入例の下の欄から変更届を記入してください）</w:t>
      </w:r>
    </w:p>
    <w:p w14:paraId="18835031" w14:textId="77777777" w:rsidR="00AA74A2" w:rsidRPr="00EC2854" w:rsidRDefault="00000000">
      <w:pPr>
        <w:spacing w:after="60"/>
        <w:jc w:val="center"/>
        <w:rPr>
          <w:rFonts w:ascii="BIZ UDP明朝 Medium" w:eastAsia="BIZ UDP明朝 Medium" w:hAnsi="BIZ UDP明朝 Medium"/>
        </w:rPr>
      </w:pPr>
      <w:r w:rsidRPr="00EC2854">
        <w:rPr>
          <w:rFonts w:ascii="BIZ UDP明朝 Medium" w:eastAsia="BIZ UDP明朝 Medium" w:hAnsi="BIZ UDP明朝 Medium"/>
          <w:b/>
          <w:sz w:val="20"/>
        </w:rPr>
        <w:t>記</w:t>
      </w:r>
    </w:p>
    <w:tbl>
      <w:tblPr>
        <w:tblStyle w:val="afe"/>
        <w:tblW w:w="10607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709"/>
        <w:gridCol w:w="649"/>
        <w:gridCol w:w="1336"/>
        <w:gridCol w:w="1641"/>
        <w:gridCol w:w="1275"/>
        <w:gridCol w:w="2187"/>
        <w:gridCol w:w="2183"/>
      </w:tblGrid>
      <w:tr w:rsidR="00AA74A2" w:rsidRPr="00EC2854" w14:paraId="59DDE379" w14:textId="77777777" w:rsidTr="00EC2854">
        <w:trPr>
          <w:jc w:val="center"/>
        </w:trPr>
        <w:tc>
          <w:tcPr>
            <w:tcW w:w="62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A82C11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proofErr w:type="spellStart"/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試験</w:t>
            </w:r>
            <w:proofErr w:type="spellEnd"/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br/>
            </w:r>
            <w:proofErr w:type="spellStart"/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区分</w:t>
            </w:r>
            <w:proofErr w:type="spellEnd"/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※</w:t>
            </w:r>
          </w:p>
        </w:tc>
        <w:tc>
          <w:tcPr>
            <w:tcW w:w="709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F277F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組</w:t>
            </w:r>
          </w:p>
        </w:tc>
        <w:tc>
          <w:tcPr>
            <w:tcW w:w="649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8B0A22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出席</w:t>
            </w: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br/>
              <w:t>番号</w:t>
            </w:r>
          </w:p>
        </w:tc>
        <w:tc>
          <w:tcPr>
            <w:tcW w:w="133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074DE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名　前</w:t>
            </w:r>
          </w:p>
        </w:tc>
        <w:tc>
          <w:tcPr>
            <w:tcW w:w="164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06388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フリガナ</w:t>
            </w:r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72E0D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変更項目</w:t>
            </w:r>
          </w:p>
        </w:tc>
        <w:tc>
          <w:tcPr>
            <w:tcW w:w="21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0E73CD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変更前</w:t>
            </w:r>
          </w:p>
        </w:tc>
        <w:tc>
          <w:tcPr>
            <w:tcW w:w="218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D5976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  <w:szCs w:val="40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  <w:szCs w:val="40"/>
              </w:rPr>
              <w:t>変更後</w:t>
            </w:r>
          </w:p>
        </w:tc>
      </w:tr>
      <w:tr w:rsidR="00EC2854" w:rsidRPr="00EC2854" w14:paraId="15AB1158" w14:textId="77777777" w:rsidTr="00EC2854">
        <w:trPr>
          <w:trHeight w:val="465"/>
          <w:jc w:val="center"/>
        </w:trPr>
        <w:tc>
          <w:tcPr>
            <w:tcW w:w="6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86F08" w14:textId="56EA7FBA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①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E8418C" w14:textId="7D32E001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1</w:t>
            </w:r>
          </w:p>
        </w:tc>
        <w:tc>
          <w:tcPr>
            <w:tcW w:w="6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7882E" w14:textId="23C8739C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10</w:t>
            </w:r>
          </w:p>
        </w:tc>
        <w:tc>
          <w:tcPr>
            <w:tcW w:w="13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00AE6" w14:textId="5C07FB3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東明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</w:t>
            </w: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太郎</w:t>
            </w:r>
            <w:proofErr w:type="spellEnd"/>
          </w:p>
        </w:tc>
        <w:tc>
          <w:tcPr>
            <w:tcW w:w="16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F109E" w14:textId="393D5B20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トウメイ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</w:t>
            </w: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タロウ</w:t>
            </w:r>
            <w:proofErr w:type="spellEnd"/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D4901" w14:textId="01DDB4EB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第1志望</w:t>
            </w:r>
          </w:p>
        </w:tc>
        <w:tc>
          <w:tcPr>
            <w:tcW w:w="21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66966" w14:textId="31724A21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特進コース</w:t>
            </w:r>
            <w:proofErr w:type="spellEnd"/>
          </w:p>
        </w:tc>
        <w:tc>
          <w:tcPr>
            <w:tcW w:w="218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267D8B" w14:textId="089294A8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準特コース</w:t>
            </w:r>
            <w:proofErr w:type="spellEnd"/>
          </w:p>
        </w:tc>
      </w:tr>
      <w:tr w:rsidR="00EC2854" w:rsidRPr="00EC2854" w14:paraId="4B05E3A3" w14:textId="77777777" w:rsidTr="00841C80">
        <w:trPr>
          <w:trHeight w:val="465"/>
          <w:jc w:val="center"/>
        </w:trPr>
        <w:tc>
          <w:tcPr>
            <w:tcW w:w="627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C51A42" w14:textId="7A5DB224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②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D4625" w14:textId="7788095C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2</w:t>
            </w:r>
          </w:p>
        </w:tc>
        <w:tc>
          <w:tcPr>
            <w:tcW w:w="649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8D00F" w14:textId="38DBF90C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r w:rsidRPr="00EC2854">
              <w:rPr>
                <w:rFonts w:ascii="Yu Gothic" w:eastAsia="Yu Gothic" w:hAnsi="Yu Gothic"/>
                <w:color w:val="EE0000"/>
                <w:szCs w:val="28"/>
              </w:rPr>
              <w:t>12</w:t>
            </w:r>
          </w:p>
        </w:tc>
        <w:tc>
          <w:tcPr>
            <w:tcW w:w="1336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E2A864" w14:textId="69EE071E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東明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</w:t>
            </w: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花子</w:t>
            </w:r>
            <w:proofErr w:type="spellEnd"/>
          </w:p>
        </w:tc>
        <w:tc>
          <w:tcPr>
            <w:tcW w:w="1641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2CF1C" w14:textId="6B93E7DB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トウメイ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</w:t>
            </w: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ハナコ</w:t>
            </w:r>
            <w:proofErr w:type="spellEnd"/>
          </w:p>
        </w:tc>
        <w:tc>
          <w:tcPr>
            <w:tcW w:w="1275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02349" w14:textId="2432B439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フリガナ</w:t>
            </w:r>
            <w:proofErr w:type="spellEnd"/>
          </w:p>
        </w:tc>
        <w:tc>
          <w:tcPr>
            <w:tcW w:w="2187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6979C" w14:textId="4838A554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トウメイ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</w:t>
            </w: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ナナコ</w:t>
            </w:r>
            <w:proofErr w:type="spellEnd"/>
          </w:p>
        </w:tc>
        <w:tc>
          <w:tcPr>
            <w:tcW w:w="2183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3331AF" w14:textId="402B7151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  <w:color w:val="EE0000"/>
                <w:szCs w:val="28"/>
              </w:rPr>
            </w:pPr>
            <w:proofErr w:type="spellStart"/>
            <w:r w:rsidRPr="00EC2854">
              <w:rPr>
                <w:rFonts w:ascii="Yu Gothic" w:eastAsia="Yu Gothic" w:hAnsi="Yu Gothic"/>
                <w:color w:val="EE0000"/>
                <w:szCs w:val="28"/>
              </w:rPr>
              <w:t>トウメイ</w:t>
            </w:r>
            <w:proofErr w:type="spellEnd"/>
            <w:r w:rsidRPr="00EC2854">
              <w:rPr>
                <w:rFonts w:ascii="Yu Gothic" w:eastAsia="Yu Gothic" w:hAnsi="Yu Gothic"/>
                <w:color w:val="EE0000"/>
                <w:szCs w:val="28"/>
              </w:rPr>
              <w:t xml:space="preserve">　ハナコ</w:t>
            </w:r>
          </w:p>
        </w:tc>
      </w:tr>
      <w:tr w:rsidR="00EC2854" w:rsidRPr="00EC2854" w14:paraId="61353C60" w14:textId="77777777" w:rsidTr="00841C80">
        <w:trPr>
          <w:trHeight w:val="465"/>
          <w:jc w:val="center"/>
        </w:trPr>
        <w:tc>
          <w:tcPr>
            <w:tcW w:w="627" w:type="dxa"/>
            <w:tcBorders>
              <w:top w:val="single" w:sz="18" w:space="0" w:color="auto"/>
              <w:lef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AAE9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9CB67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CCE663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F581B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3CC1D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A593E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Borders>
              <w:top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E57CC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top w:val="single" w:sz="18" w:space="0" w:color="auto"/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AF066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EC2854" w:rsidRPr="00EC2854" w14:paraId="754B49A2" w14:textId="77777777" w:rsidTr="00841C80">
        <w:trPr>
          <w:trHeight w:val="465"/>
          <w:jc w:val="center"/>
        </w:trPr>
        <w:tc>
          <w:tcPr>
            <w:tcW w:w="627" w:type="dxa"/>
            <w:tcBorders>
              <w:lef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50760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98A878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3DF14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1FA28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6759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B2B3B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464CF1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274E5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EC2854" w:rsidRPr="00EC2854" w14:paraId="618B271E" w14:textId="77777777" w:rsidTr="00841C80">
        <w:trPr>
          <w:trHeight w:val="465"/>
          <w:jc w:val="center"/>
        </w:trPr>
        <w:tc>
          <w:tcPr>
            <w:tcW w:w="627" w:type="dxa"/>
            <w:tcBorders>
              <w:lef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A3441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37FF2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05B0E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1F08B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5D0C6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71253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66BE30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B0E95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EC2854" w:rsidRPr="00EC2854" w14:paraId="77F984A4" w14:textId="77777777" w:rsidTr="00841C80">
        <w:trPr>
          <w:trHeight w:val="465"/>
          <w:jc w:val="center"/>
        </w:trPr>
        <w:tc>
          <w:tcPr>
            <w:tcW w:w="627" w:type="dxa"/>
            <w:tcBorders>
              <w:lef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68A48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7DC2A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2B161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BAF2E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FC427D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F99E4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F898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D0299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EC2854" w:rsidRPr="00EC2854" w14:paraId="6E65F9FC" w14:textId="77777777" w:rsidTr="00841C80">
        <w:trPr>
          <w:trHeight w:val="465"/>
          <w:jc w:val="center"/>
        </w:trPr>
        <w:tc>
          <w:tcPr>
            <w:tcW w:w="627" w:type="dxa"/>
            <w:tcBorders>
              <w:lef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3F5B2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5839C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76B842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7ABD7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85E94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116D4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58C4C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A40BCF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EC2854" w:rsidRPr="00EC2854" w14:paraId="1ADB4D9E" w14:textId="77777777" w:rsidTr="00841C80">
        <w:trPr>
          <w:trHeight w:val="465"/>
          <w:jc w:val="center"/>
        </w:trPr>
        <w:tc>
          <w:tcPr>
            <w:tcW w:w="627" w:type="dxa"/>
            <w:tcBorders>
              <w:left w:val="single" w:sz="18" w:space="0" w:color="auto"/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53C85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F835E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49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FB12C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6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CC0ED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41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1F2B3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8BC7C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7" w:type="dxa"/>
            <w:tcBorders>
              <w:bottom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39379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83" w:type="dxa"/>
            <w:tcBorders>
              <w:bottom w:val="single" w:sz="18" w:space="0" w:color="auto"/>
              <w:right w:val="single" w:sz="18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D6C29" w14:textId="77777777" w:rsidR="00EC2854" w:rsidRPr="00EC2854" w:rsidRDefault="00EC2854" w:rsidP="00EC2854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6A3D6F60" w14:textId="1AF3F7A7" w:rsidR="00AA74A2" w:rsidRPr="00EC2854" w:rsidRDefault="00AA74A2">
      <w:pPr>
        <w:spacing w:before="60" w:after="20"/>
        <w:rPr>
          <w:rFonts w:ascii="BIZ UDP明朝 Medium" w:eastAsia="BIZ UDP明朝 Medium" w:hAnsi="BIZ UDP明朝 Medium"/>
          <w:lang w:eastAsia="ja-JP"/>
        </w:rPr>
      </w:pPr>
    </w:p>
    <w:p w14:paraId="670DAB87" w14:textId="77777777" w:rsidR="00AA74A2" w:rsidRPr="00EC2854" w:rsidRDefault="00000000">
      <w:pPr>
        <w:spacing w:before="60" w:after="20"/>
        <w:rPr>
          <w:rFonts w:ascii="BIZ UDP明朝 Medium" w:eastAsia="BIZ UDP明朝 Medium" w:hAnsi="BIZ UDP明朝 Medium"/>
          <w:sz w:val="20"/>
          <w:szCs w:val="20"/>
          <w:lang w:eastAsia="ja-JP"/>
        </w:rPr>
      </w:pPr>
      <w:r w:rsidRPr="00EC2854">
        <w:rPr>
          <w:rFonts w:ascii="BIZ UDP明朝 Medium" w:eastAsia="BIZ UDP明朝 Medium" w:hAnsi="BIZ UDP明朝 Medium"/>
          <w:b/>
          <w:sz w:val="22"/>
          <w:lang w:eastAsia="ja-JP"/>
        </w:rPr>
        <w:t xml:space="preserve">※ 試験区分：① 奨学生・一般併用　② 推薦入学生選抜　③ メディカド・IPC奨学生選抜　</w:t>
      </w:r>
      <w:r w:rsidRPr="00EC2854">
        <w:rPr>
          <w:rFonts w:ascii="BIZ UDP明朝 Medium" w:eastAsia="BIZ UDP明朝 Medium" w:hAnsi="BIZ UDP明朝 Medium"/>
          <w:b/>
          <w:sz w:val="20"/>
          <w:szCs w:val="20"/>
          <w:lang w:eastAsia="ja-JP"/>
        </w:rPr>
        <w:t>④ 一般入学生選抜のみ</w:t>
      </w:r>
    </w:p>
    <w:p w14:paraId="127A3B74" w14:textId="77777777" w:rsidR="00AA74A2" w:rsidRPr="00EC2854" w:rsidRDefault="00000000">
      <w:pPr>
        <w:spacing w:after="20"/>
        <w:rPr>
          <w:rFonts w:ascii="BIZ UDP明朝 Medium" w:eastAsia="BIZ UDP明朝 Medium" w:hAnsi="BIZ UDP明朝 Medium"/>
          <w:b/>
          <w:bCs/>
          <w:sz w:val="22"/>
          <w:lang w:eastAsia="ja-JP"/>
        </w:rPr>
      </w:pPr>
      <w:r w:rsidRPr="00EC2854">
        <w:rPr>
          <w:rFonts w:ascii="BIZ UDP明朝 Medium" w:eastAsia="BIZ UDP明朝 Medium" w:hAnsi="BIZ UDP明朝 Medium"/>
          <w:sz w:val="22"/>
          <w:lang w:eastAsia="ja-JP"/>
        </w:rPr>
        <w:t>※</w:t>
      </w:r>
      <w:r w:rsidRPr="00EC2854">
        <w:rPr>
          <w:rFonts w:ascii="BIZ UDP明朝 Medium" w:eastAsia="BIZ UDP明朝 Medium" w:hAnsi="BIZ UDP明朝 Medium"/>
          <w:b/>
          <w:bCs/>
          <w:sz w:val="22"/>
          <w:lang w:eastAsia="ja-JP"/>
        </w:rPr>
        <w:t xml:space="preserve"> 変更項目例：名前、フリガナ、生年月日、性別、住所、出身中学校、志望コース、出席番号等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0478"/>
      </w:tblGrid>
      <w:tr w:rsidR="00AA74A2" w:rsidRPr="00EC2854" w14:paraId="317AEA47" w14:textId="77777777">
        <w:trPr>
          <w:jc w:val="center"/>
        </w:trPr>
        <w:tc>
          <w:tcPr>
            <w:tcW w:w="10488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789B5" w14:textId="77777777" w:rsidR="00AA74A2" w:rsidRPr="00EC2854" w:rsidRDefault="00000000">
            <w:pPr>
              <w:rPr>
                <w:rFonts w:ascii="BIZ UDP明朝 Medium" w:eastAsia="BIZ UDP明朝 Medium" w:hAnsi="BIZ UDP明朝 Medium"/>
                <w:sz w:val="22"/>
                <w:lang w:eastAsia="ja-JP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  <w:lang w:eastAsia="ja-JP"/>
              </w:rPr>
              <w:t>【提出・取扱い上の注意】</w:t>
            </w:r>
            <w:r w:rsidRPr="00EC2854">
              <w:rPr>
                <w:rFonts w:ascii="BIZ UDP明朝 Medium" w:eastAsia="BIZ UDP明朝 Medium" w:hAnsi="BIZ UDP明朝 Medium"/>
                <w:sz w:val="22"/>
                <w:lang w:eastAsia="ja-JP"/>
              </w:rPr>
              <w:br/>
              <w:t>受験生・保護者から本校への電話等による変更は、原則として受け付けません。出願後の登録内容の変更・訂正は、在籍中学校で本人及び保護者に確認のうえ、本届を提出してください。</w:t>
            </w:r>
          </w:p>
        </w:tc>
      </w:tr>
    </w:tbl>
    <w:p w14:paraId="537A73A5" w14:textId="77777777" w:rsidR="00AA74A2" w:rsidRPr="00EC2854" w:rsidRDefault="00000000">
      <w:pPr>
        <w:spacing w:before="60" w:after="20"/>
        <w:rPr>
          <w:rFonts w:ascii="BIZ UDP明朝 Medium" w:eastAsia="BIZ UDP明朝 Medium" w:hAnsi="BIZ UDP明朝 Medium"/>
          <w:sz w:val="22"/>
        </w:rPr>
      </w:pPr>
      <w:r w:rsidRPr="00EC2854">
        <w:rPr>
          <w:rFonts w:ascii="BIZ UDP明朝 Medium" w:eastAsia="BIZ UDP明朝 Medium" w:hAnsi="BIZ UDP明朝 Medium"/>
          <w:b/>
          <w:sz w:val="22"/>
        </w:rPr>
        <w:t>【</w:t>
      </w:r>
      <w:proofErr w:type="spellStart"/>
      <w:r w:rsidRPr="00EC2854">
        <w:rPr>
          <w:rFonts w:ascii="BIZ UDP明朝 Medium" w:eastAsia="BIZ UDP明朝 Medium" w:hAnsi="BIZ UDP明朝 Medium"/>
          <w:b/>
          <w:sz w:val="22"/>
        </w:rPr>
        <w:t>変更届提出期限</w:t>
      </w:r>
      <w:proofErr w:type="spellEnd"/>
      <w:r w:rsidRPr="00EC2854">
        <w:rPr>
          <w:rFonts w:ascii="BIZ UDP明朝 Medium" w:eastAsia="BIZ UDP明朝 Medium" w:hAnsi="BIZ UDP明朝 Medium"/>
          <w:b/>
          <w:sz w:val="22"/>
        </w:rPr>
        <w:t>】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AA74A2" w:rsidRPr="00EC2854" w14:paraId="661C2952" w14:textId="77777777">
        <w:trPr>
          <w:jc w:val="center"/>
        </w:trPr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B35038" w14:textId="77777777" w:rsidR="00AA74A2" w:rsidRPr="00EC2854" w:rsidRDefault="00000000">
            <w:pPr>
              <w:rPr>
                <w:rFonts w:ascii="BIZ UDP明朝 Medium" w:eastAsia="BIZ UDP明朝 Medium" w:hAnsi="BIZ UDP明朝 Medium"/>
                <w:sz w:val="22"/>
                <w:lang w:eastAsia="ja-JP"/>
              </w:rPr>
            </w:pPr>
            <w:r w:rsidRPr="00EC2854">
              <w:rPr>
                <w:rFonts w:ascii="BIZ UDP明朝 Medium" w:eastAsia="BIZ UDP明朝 Medium" w:hAnsi="BIZ UDP明朝 Medium"/>
                <w:szCs w:val="18"/>
                <w:lang w:eastAsia="ja-JP"/>
              </w:rPr>
              <w:t>奨学生選抜・推薦入学生選抜（メディカド・IPC奨学生を含む）</w:t>
            </w:r>
          </w:p>
        </w:tc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92E90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1月6日（水）16:00</w:t>
            </w:r>
          </w:p>
        </w:tc>
      </w:tr>
      <w:tr w:rsidR="00AA74A2" w:rsidRPr="00EC2854" w14:paraId="54AF065A" w14:textId="77777777">
        <w:trPr>
          <w:jc w:val="center"/>
        </w:trPr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A14EA" w14:textId="77777777" w:rsidR="00AA74A2" w:rsidRPr="00EC2854" w:rsidRDefault="00000000">
            <w:pPr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>一般入学生選抜</w:t>
            </w:r>
          </w:p>
        </w:tc>
        <w:tc>
          <w:tcPr>
            <w:tcW w:w="52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144F3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1月29日（金）16:00</w:t>
            </w:r>
          </w:p>
        </w:tc>
      </w:tr>
    </w:tbl>
    <w:p w14:paraId="59938FFF" w14:textId="77777777" w:rsidR="00AA74A2" w:rsidRPr="00EC2854" w:rsidRDefault="00000000">
      <w:pPr>
        <w:spacing w:before="40" w:after="60"/>
        <w:jc w:val="right"/>
        <w:rPr>
          <w:rFonts w:ascii="BIZ UDP明朝 Medium" w:eastAsia="BIZ UDP明朝 Medium" w:hAnsi="BIZ UDP明朝 Medium"/>
          <w:sz w:val="22"/>
        </w:rPr>
      </w:pPr>
      <w:r w:rsidRPr="00EC2854">
        <w:rPr>
          <w:rFonts w:ascii="BIZ UDP明朝 Medium" w:eastAsia="BIZ UDP明朝 Medium" w:hAnsi="BIZ UDP明朝 Medium"/>
          <w:b/>
          <w:sz w:val="22"/>
        </w:rPr>
        <w:t>提出先：大分東明高等学校　FAX 097-533-2660</w:t>
      </w:r>
    </w:p>
    <w:p w14:paraId="0D0819A8" w14:textId="77777777" w:rsidR="00AA74A2" w:rsidRPr="00EC2854" w:rsidRDefault="00000000">
      <w:pPr>
        <w:spacing w:after="20"/>
        <w:rPr>
          <w:rFonts w:ascii="BIZ UDP明朝 Medium" w:eastAsia="BIZ UDP明朝 Medium" w:hAnsi="BIZ UDP明朝 Medium"/>
          <w:sz w:val="22"/>
        </w:rPr>
      </w:pPr>
      <w:r w:rsidRPr="00EC2854">
        <w:rPr>
          <w:rFonts w:ascii="BIZ UDP明朝 Medium" w:eastAsia="BIZ UDP明朝 Medium" w:hAnsi="BIZ UDP明朝 Medium"/>
          <w:b/>
          <w:sz w:val="22"/>
        </w:rPr>
        <w:t>【本校処理欄】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96"/>
        <w:gridCol w:w="2096"/>
        <w:gridCol w:w="2096"/>
        <w:gridCol w:w="2095"/>
        <w:gridCol w:w="2095"/>
      </w:tblGrid>
      <w:tr w:rsidR="00AA74A2" w:rsidRPr="00EC2854" w14:paraId="4ACEACE1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D0AB7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受付日</w:t>
            </w:r>
          </w:p>
        </w:tc>
        <w:tc>
          <w:tcPr>
            <w:tcW w:w="209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0C94C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中学校への確認</w:t>
            </w:r>
          </w:p>
        </w:tc>
        <w:tc>
          <w:tcPr>
            <w:tcW w:w="209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75901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BLEND変更日</w:t>
            </w:r>
          </w:p>
        </w:tc>
        <w:tc>
          <w:tcPr>
            <w:tcW w:w="209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E4086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変更者</w:t>
            </w:r>
          </w:p>
        </w:tc>
        <w:tc>
          <w:tcPr>
            <w:tcW w:w="209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7E2141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b/>
                <w:sz w:val="22"/>
              </w:rPr>
              <w:t>最終確認者</w:t>
            </w:r>
          </w:p>
        </w:tc>
      </w:tr>
      <w:tr w:rsidR="00AA74A2" w:rsidRPr="00EC2854" w14:paraId="229ACA22" w14:textId="77777777">
        <w:trPr>
          <w:jc w:val="center"/>
        </w:trPr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B0DA6" w14:textId="09230DB2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月</w:t>
            </w:r>
            <w:r w:rsidR="00D42AF7"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  <w:t xml:space="preserve">　</w:t>
            </w: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日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79850" w14:textId="77777777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>□ 済　□ 不要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FAE40B" w14:textId="20D12595" w:rsidR="00AA74A2" w:rsidRPr="00EC2854" w:rsidRDefault="0000000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月</w:t>
            </w:r>
            <w:r w:rsidR="00D42AF7"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  <w:t xml:space="preserve">　</w:t>
            </w: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日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0B4F90" w14:textId="6EF2F87D" w:rsidR="00AA74A2" w:rsidRPr="00EC2854" w:rsidRDefault="00000000">
            <w:pPr>
              <w:jc w:val="center"/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</w:t>
            </w:r>
            <w:r w:rsidR="00D42AF7"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  <w:t xml:space="preserve">　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F831C9" w14:textId="1AA1DAD2" w:rsidR="00AA74A2" w:rsidRPr="00EC2854" w:rsidRDefault="00000000">
            <w:pPr>
              <w:jc w:val="center"/>
              <w:rPr>
                <w:rFonts w:ascii="BIZ UDP明朝 Medium" w:eastAsia="BIZ UDP明朝 Medium" w:hAnsi="BIZ UDP明朝 Medium" w:hint="eastAsia"/>
                <w:sz w:val="22"/>
                <w:lang w:eastAsia="ja-JP"/>
              </w:rPr>
            </w:pPr>
            <w:r w:rsidRPr="00EC2854">
              <w:rPr>
                <w:rFonts w:ascii="BIZ UDP明朝 Medium" w:eastAsia="BIZ UDP明朝 Medium" w:hAnsi="BIZ UDP明朝 Medium"/>
                <w:sz w:val="22"/>
              </w:rPr>
              <w:t xml:space="preserve">　</w:t>
            </w:r>
          </w:p>
        </w:tc>
      </w:tr>
    </w:tbl>
    <w:p w14:paraId="27493339" w14:textId="77777777" w:rsidR="00A05092" w:rsidRPr="00EC2854" w:rsidRDefault="00A05092">
      <w:pPr>
        <w:rPr>
          <w:rFonts w:ascii="BIZ UDP明朝 Medium" w:eastAsia="BIZ UDP明朝 Medium" w:hAnsi="BIZ UDP明朝 Medium"/>
          <w:sz w:val="22"/>
        </w:rPr>
      </w:pPr>
    </w:p>
    <w:sectPr w:rsidR="00A05092" w:rsidRPr="00EC2854" w:rsidSect="00034616">
      <w:pgSz w:w="11906" w:h="16838"/>
      <w:pgMar w:top="709" w:right="709" w:bottom="65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10EDE" w14:textId="77777777" w:rsidR="00B96D01" w:rsidRDefault="00B96D01" w:rsidP="00905968">
      <w:pPr>
        <w:spacing w:after="0" w:line="240" w:lineRule="auto"/>
      </w:pPr>
      <w:r>
        <w:separator/>
      </w:r>
    </w:p>
  </w:endnote>
  <w:endnote w:type="continuationSeparator" w:id="0">
    <w:p w14:paraId="1C316BE9" w14:textId="77777777" w:rsidR="00B96D01" w:rsidRDefault="00B96D01" w:rsidP="0090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586A" w14:textId="77777777" w:rsidR="00B96D01" w:rsidRDefault="00B96D01" w:rsidP="00905968">
      <w:pPr>
        <w:spacing w:after="0" w:line="240" w:lineRule="auto"/>
      </w:pPr>
      <w:r>
        <w:separator/>
      </w:r>
    </w:p>
  </w:footnote>
  <w:footnote w:type="continuationSeparator" w:id="0">
    <w:p w14:paraId="2AC05A1E" w14:textId="77777777" w:rsidR="00B96D01" w:rsidRDefault="00B96D01" w:rsidP="00905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8817040">
    <w:abstractNumId w:val="8"/>
  </w:num>
  <w:num w:numId="2" w16cid:durableId="863830982">
    <w:abstractNumId w:val="6"/>
  </w:num>
  <w:num w:numId="3" w16cid:durableId="640771897">
    <w:abstractNumId w:val="5"/>
  </w:num>
  <w:num w:numId="4" w16cid:durableId="751240136">
    <w:abstractNumId w:val="4"/>
  </w:num>
  <w:num w:numId="5" w16cid:durableId="1564563585">
    <w:abstractNumId w:val="7"/>
  </w:num>
  <w:num w:numId="6" w16cid:durableId="208808219">
    <w:abstractNumId w:val="3"/>
  </w:num>
  <w:num w:numId="7" w16cid:durableId="199710188">
    <w:abstractNumId w:val="2"/>
  </w:num>
  <w:num w:numId="8" w16cid:durableId="976910919">
    <w:abstractNumId w:val="1"/>
  </w:num>
  <w:num w:numId="9" w16cid:durableId="180383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F6B"/>
    <w:rsid w:val="0006063C"/>
    <w:rsid w:val="00125579"/>
    <w:rsid w:val="0015074B"/>
    <w:rsid w:val="00254671"/>
    <w:rsid w:val="0029639D"/>
    <w:rsid w:val="00326F90"/>
    <w:rsid w:val="00841C80"/>
    <w:rsid w:val="00905968"/>
    <w:rsid w:val="009E59EF"/>
    <w:rsid w:val="00A05092"/>
    <w:rsid w:val="00AA1D8D"/>
    <w:rsid w:val="00AA74A2"/>
    <w:rsid w:val="00B02BE2"/>
    <w:rsid w:val="00B47730"/>
    <w:rsid w:val="00B96D01"/>
    <w:rsid w:val="00CB0664"/>
    <w:rsid w:val="00D42AF7"/>
    <w:rsid w:val="00DF0490"/>
    <w:rsid w:val="00EC28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ECD12"/>
  <w14:defaultImageDpi w14:val="300"/>
  <w15:docId w15:val="{936FE7D5-C5B4-44FF-9908-660BB0A7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Owner</cp:lastModifiedBy>
  <cp:revision>4</cp:revision>
  <cp:lastPrinted>2026-09-16T07:42:00Z</cp:lastPrinted>
  <dcterms:created xsi:type="dcterms:W3CDTF">2026-09-16T06:38:00Z</dcterms:created>
  <dcterms:modified xsi:type="dcterms:W3CDTF">2026-10-15T22:46:00Z</dcterms:modified>
  <cp:category/>
</cp:coreProperties>
</file>