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4BCA9" w14:textId="1EA7AA06" w:rsidR="00C42523" w:rsidRPr="00C019D7" w:rsidRDefault="00000000">
      <w:pPr>
        <w:spacing w:after="20"/>
        <w:jc w:val="right"/>
        <w:rPr>
          <w:rFonts w:ascii="BIZ UDP明朝 Medium" w:eastAsia="BIZ UDP明朝 Medium" w:hAnsi="BIZ UDP明朝 Medium"/>
          <w:sz w:val="22"/>
        </w:rPr>
      </w:pPr>
      <w:proofErr w:type="spellStart"/>
      <w:r w:rsidRPr="00C019D7">
        <w:rPr>
          <w:rFonts w:ascii="BIZ UDP明朝 Medium" w:eastAsia="BIZ UDP明朝 Medium" w:hAnsi="BIZ UDP明朝 Medium"/>
          <w:sz w:val="22"/>
        </w:rPr>
        <w:t>令和</w:t>
      </w:r>
      <w:proofErr w:type="spellEnd"/>
      <w:r w:rsidR="00622453" w:rsidRPr="00C019D7">
        <w:rPr>
          <w:rFonts w:ascii="BIZ UDP明朝 Medium" w:eastAsia="BIZ UDP明朝 Medium" w:hAnsi="BIZ UDP明朝 Medium" w:hint="eastAsia"/>
          <w:sz w:val="22"/>
          <w:lang w:eastAsia="ja-JP"/>
        </w:rPr>
        <w:t xml:space="preserve">　　　</w:t>
      </w:r>
      <w:r w:rsidRPr="00C019D7">
        <w:rPr>
          <w:rFonts w:ascii="BIZ UDP明朝 Medium" w:eastAsia="BIZ UDP明朝 Medium" w:hAnsi="BIZ UDP明朝 Medium"/>
          <w:sz w:val="22"/>
        </w:rPr>
        <w:t>年　　　月　　　日</w:t>
      </w:r>
    </w:p>
    <w:p w14:paraId="0436915D" w14:textId="6085EF72" w:rsidR="00C42523" w:rsidRPr="00C019D7" w:rsidRDefault="00000000">
      <w:pPr>
        <w:spacing w:after="80"/>
        <w:jc w:val="center"/>
        <w:rPr>
          <w:rFonts w:ascii="BIZ UDP明朝 Medium" w:eastAsia="BIZ UDP明朝 Medium" w:hAnsi="BIZ UDP明朝 Medium"/>
          <w:sz w:val="22"/>
        </w:rPr>
      </w:pPr>
      <w:proofErr w:type="spellStart"/>
      <w:r w:rsidRPr="00C019D7">
        <w:rPr>
          <w:rFonts w:ascii="BIZ UDP明朝 Medium" w:eastAsia="BIZ UDP明朝 Medium" w:hAnsi="BIZ UDP明朝 Medium"/>
          <w:b/>
          <w:sz w:val="44"/>
          <w:szCs w:val="44"/>
        </w:rPr>
        <w:t>特例選抜受験届</w:t>
      </w:r>
      <w:proofErr w:type="spellEnd"/>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670"/>
        <w:gridCol w:w="4818"/>
      </w:tblGrid>
      <w:tr w:rsidR="00C42523" w:rsidRPr="00C019D7" w14:paraId="5C655B10" w14:textId="77777777" w:rsidTr="00622453">
        <w:trPr>
          <w:jc w:val="center"/>
        </w:trPr>
        <w:tc>
          <w:tcPr>
            <w:tcW w:w="5670" w:type="dxa"/>
            <w:tcMar>
              <w:top w:w="55" w:type="dxa"/>
              <w:left w:w="55" w:type="dxa"/>
              <w:bottom w:w="55" w:type="dxa"/>
              <w:right w:w="55" w:type="dxa"/>
            </w:tcMar>
            <w:vAlign w:val="center"/>
          </w:tcPr>
          <w:p w14:paraId="3C735AD4" w14:textId="77777777" w:rsidR="00C42523" w:rsidRPr="00C019D7" w:rsidRDefault="00000000">
            <w:pPr>
              <w:spacing w:after="0" w:line="240" w:lineRule="auto"/>
              <w:rPr>
                <w:rFonts w:ascii="BIZ UDP明朝 Medium" w:eastAsia="BIZ UDP明朝 Medium" w:hAnsi="BIZ UDP明朝 Medium"/>
                <w:sz w:val="22"/>
              </w:rPr>
            </w:pPr>
            <w:proofErr w:type="spellStart"/>
            <w:r w:rsidRPr="00C019D7">
              <w:rPr>
                <w:rFonts w:ascii="BIZ UDP明朝 Medium" w:eastAsia="BIZ UDP明朝 Medium" w:hAnsi="BIZ UDP明朝 Medium"/>
                <w:sz w:val="22"/>
              </w:rPr>
              <w:t>大分東明高等学校長</w:t>
            </w:r>
            <w:proofErr w:type="spellEnd"/>
            <w:r w:rsidRPr="00C019D7">
              <w:rPr>
                <w:rFonts w:ascii="BIZ UDP明朝 Medium" w:eastAsia="BIZ UDP明朝 Medium" w:hAnsi="BIZ UDP明朝 Medium"/>
                <w:sz w:val="22"/>
              </w:rPr>
              <w:t xml:space="preserve">　殿</w:t>
            </w:r>
          </w:p>
        </w:tc>
        <w:tc>
          <w:tcPr>
            <w:tcW w:w="4818" w:type="dxa"/>
            <w:tcMar>
              <w:top w:w="55" w:type="dxa"/>
              <w:left w:w="55" w:type="dxa"/>
              <w:bottom w:w="55" w:type="dxa"/>
              <w:right w:w="55" w:type="dxa"/>
            </w:tcMar>
            <w:vAlign w:val="center"/>
          </w:tcPr>
          <w:p w14:paraId="307039C7" w14:textId="77777777" w:rsidR="00C42523" w:rsidRPr="00C019D7" w:rsidRDefault="00000000">
            <w:pPr>
              <w:spacing w:after="0" w:line="240" w:lineRule="auto"/>
              <w:rPr>
                <w:rFonts w:ascii="BIZ UDP明朝 Medium" w:eastAsia="BIZ UDP明朝 Medium" w:hAnsi="BIZ UDP明朝 Medium"/>
                <w:sz w:val="22"/>
              </w:rPr>
            </w:pPr>
            <w:r w:rsidRPr="00C019D7">
              <w:rPr>
                <w:rFonts w:ascii="BIZ UDP明朝 Medium" w:eastAsia="BIZ UDP明朝 Medium" w:hAnsi="BIZ UDP明朝 Medium"/>
                <w:sz w:val="22"/>
              </w:rPr>
              <w:t xml:space="preserve">中学校名：　　　　　　　　　　　　　　　　</w:t>
            </w:r>
          </w:p>
        </w:tc>
      </w:tr>
      <w:tr w:rsidR="00C42523" w:rsidRPr="00C019D7" w14:paraId="73EB50D6" w14:textId="77777777" w:rsidTr="00622453">
        <w:trPr>
          <w:jc w:val="center"/>
        </w:trPr>
        <w:tc>
          <w:tcPr>
            <w:tcW w:w="5670" w:type="dxa"/>
            <w:tcMar>
              <w:top w:w="55" w:type="dxa"/>
              <w:left w:w="55" w:type="dxa"/>
              <w:bottom w:w="55" w:type="dxa"/>
              <w:right w:w="55" w:type="dxa"/>
            </w:tcMar>
            <w:vAlign w:val="center"/>
          </w:tcPr>
          <w:p w14:paraId="37635180" w14:textId="77777777" w:rsidR="00C42523" w:rsidRPr="00C019D7" w:rsidRDefault="00C42523">
            <w:pPr>
              <w:spacing w:after="0" w:line="240" w:lineRule="auto"/>
              <w:jc w:val="center"/>
              <w:rPr>
                <w:rFonts w:ascii="BIZ UDP明朝 Medium" w:eastAsia="BIZ UDP明朝 Medium" w:hAnsi="BIZ UDP明朝 Medium"/>
                <w:sz w:val="22"/>
              </w:rPr>
            </w:pPr>
          </w:p>
        </w:tc>
        <w:tc>
          <w:tcPr>
            <w:tcW w:w="4818" w:type="dxa"/>
            <w:tcMar>
              <w:top w:w="55" w:type="dxa"/>
              <w:left w:w="55" w:type="dxa"/>
              <w:bottom w:w="55" w:type="dxa"/>
              <w:right w:w="55" w:type="dxa"/>
            </w:tcMar>
            <w:vAlign w:val="center"/>
          </w:tcPr>
          <w:p w14:paraId="783A696C" w14:textId="58E5C7E0" w:rsidR="00C42523" w:rsidRPr="00C019D7" w:rsidRDefault="00000000">
            <w:pPr>
              <w:spacing w:after="0" w:line="240" w:lineRule="auto"/>
              <w:rPr>
                <w:rFonts w:ascii="BIZ UDP明朝 Medium" w:eastAsia="BIZ UDP明朝 Medium" w:hAnsi="BIZ UDP明朝 Medium"/>
                <w:sz w:val="22"/>
              </w:rPr>
            </w:pPr>
            <w:r w:rsidRPr="00C019D7">
              <w:rPr>
                <w:rFonts w:ascii="BIZ UDP明朝 Medium" w:eastAsia="BIZ UDP明朝 Medium" w:hAnsi="BIZ UDP明朝 Medium"/>
                <w:sz w:val="22"/>
              </w:rPr>
              <w:t xml:space="preserve">校 長 名：　　　　　　　　　　　　　</w:t>
            </w:r>
            <w:r w:rsidR="006B5EDA">
              <w:rPr>
                <w:rFonts w:ascii="BIZ UDP明朝 Medium" w:eastAsia="BIZ UDP明朝 Medium" w:hAnsi="BIZ UDP明朝 Medium" w:hint="eastAsia"/>
                <w:sz w:val="22"/>
                <w:lang w:eastAsia="ja-JP"/>
              </w:rPr>
              <w:t xml:space="preserve">　　　　　　　　　</w:t>
            </w:r>
            <w:r w:rsidRPr="00C019D7">
              <w:rPr>
                <w:rFonts w:ascii="BIZ UDP明朝 Medium" w:eastAsia="BIZ UDP明朝 Medium" w:hAnsi="BIZ UDP明朝 Medium"/>
                <w:sz w:val="22"/>
              </w:rPr>
              <w:t xml:space="preserve">　印</w:t>
            </w:r>
          </w:p>
        </w:tc>
      </w:tr>
      <w:tr w:rsidR="00C42523" w:rsidRPr="00C019D7" w14:paraId="1C07A1D2" w14:textId="77777777" w:rsidTr="00622453">
        <w:trPr>
          <w:jc w:val="center"/>
        </w:trPr>
        <w:tc>
          <w:tcPr>
            <w:tcW w:w="5670" w:type="dxa"/>
            <w:tcMar>
              <w:top w:w="55" w:type="dxa"/>
              <w:left w:w="55" w:type="dxa"/>
              <w:bottom w:w="55" w:type="dxa"/>
              <w:right w:w="55" w:type="dxa"/>
            </w:tcMar>
            <w:vAlign w:val="center"/>
          </w:tcPr>
          <w:p w14:paraId="258924A5" w14:textId="77777777" w:rsidR="00C42523" w:rsidRPr="00C019D7" w:rsidRDefault="00C42523">
            <w:pPr>
              <w:spacing w:after="0" w:line="240" w:lineRule="auto"/>
              <w:jc w:val="center"/>
              <w:rPr>
                <w:rFonts w:ascii="BIZ UDP明朝 Medium" w:eastAsia="BIZ UDP明朝 Medium" w:hAnsi="BIZ UDP明朝 Medium"/>
                <w:sz w:val="22"/>
              </w:rPr>
            </w:pPr>
          </w:p>
        </w:tc>
        <w:tc>
          <w:tcPr>
            <w:tcW w:w="4818" w:type="dxa"/>
            <w:tcMar>
              <w:top w:w="55" w:type="dxa"/>
              <w:left w:w="55" w:type="dxa"/>
              <w:bottom w:w="55" w:type="dxa"/>
              <w:right w:w="55" w:type="dxa"/>
            </w:tcMar>
            <w:vAlign w:val="center"/>
          </w:tcPr>
          <w:p w14:paraId="194F8E02" w14:textId="77777777" w:rsidR="00C42523" w:rsidRPr="00C019D7" w:rsidRDefault="00000000">
            <w:pPr>
              <w:spacing w:after="0" w:line="240" w:lineRule="auto"/>
              <w:rPr>
                <w:rFonts w:ascii="BIZ UDP明朝 Medium" w:eastAsia="BIZ UDP明朝 Medium" w:hAnsi="BIZ UDP明朝 Medium"/>
                <w:sz w:val="22"/>
              </w:rPr>
            </w:pPr>
            <w:r w:rsidRPr="00C019D7">
              <w:rPr>
                <w:rFonts w:ascii="BIZ UDP明朝 Medium" w:eastAsia="BIZ UDP明朝 Medium" w:hAnsi="BIZ UDP明朝 Medium"/>
                <w:sz w:val="22"/>
              </w:rPr>
              <w:t xml:space="preserve">担当者名：　　　　　　　　　　　　　　　　</w:t>
            </w:r>
          </w:p>
        </w:tc>
      </w:tr>
    </w:tbl>
    <w:p w14:paraId="6BD7A684" w14:textId="77777777" w:rsidR="00C42523" w:rsidRPr="00C019D7" w:rsidRDefault="00000000" w:rsidP="00622453">
      <w:pPr>
        <w:spacing w:before="40" w:after="20" w:line="252" w:lineRule="auto"/>
        <w:ind w:firstLineChars="100" w:firstLine="220"/>
        <w:rPr>
          <w:rFonts w:ascii="BIZ UDP明朝 Medium" w:eastAsia="BIZ UDP明朝 Medium" w:hAnsi="BIZ UDP明朝 Medium"/>
          <w:sz w:val="22"/>
          <w:lang w:eastAsia="ja-JP"/>
        </w:rPr>
      </w:pPr>
      <w:r w:rsidRPr="00C019D7">
        <w:rPr>
          <w:rFonts w:ascii="BIZ UDP明朝 Medium" w:eastAsia="BIZ UDP明朝 Medium" w:hAnsi="BIZ UDP明朝 Medium"/>
          <w:sz w:val="22"/>
          <w:lang w:eastAsia="ja-JP"/>
        </w:rPr>
        <w:t>貴校を志願している下記の本校生徒について、以下の理由により、大分東明高等学校入学者選抜の特例選抜を受験させていただきますようお願いいたします。なお、本届の内容は、本人及び保護者に確認済みです。</w:t>
      </w:r>
    </w:p>
    <w:p w14:paraId="4B1BFCC1" w14:textId="77777777" w:rsidR="00C42523" w:rsidRPr="00C019D7" w:rsidRDefault="00000000" w:rsidP="00C019D7">
      <w:pPr>
        <w:spacing w:after="20"/>
        <w:rPr>
          <w:rFonts w:ascii="BIZ UDP明朝 Medium" w:eastAsia="BIZ UDP明朝 Medium" w:hAnsi="BIZ UDP明朝 Medium"/>
          <w:sz w:val="22"/>
          <w:lang w:eastAsia="ja-JP"/>
        </w:rPr>
      </w:pPr>
      <w:r w:rsidRPr="00C019D7">
        <w:rPr>
          <w:rFonts w:ascii="BIZ UDP明朝 Medium" w:eastAsia="BIZ UDP明朝 Medium" w:hAnsi="BIZ UDP明朝 Medium"/>
          <w:color w:val="000000" w:themeColor="text1"/>
          <w:sz w:val="22"/>
          <w:lang w:eastAsia="ja-JP"/>
        </w:rPr>
        <w:t>（朱書きした記入例の下の欄から記入してください）</w:t>
      </w:r>
    </w:p>
    <w:p w14:paraId="0BBC5A0C" w14:textId="77777777" w:rsidR="00C42523" w:rsidRPr="00622453" w:rsidRDefault="00000000">
      <w:pPr>
        <w:spacing w:after="40"/>
        <w:jc w:val="center"/>
        <w:rPr>
          <w:rFonts w:ascii="游明朝" w:eastAsia="游明朝" w:hAnsi="游明朝"/>
          <w:sz w:val="22"/>
        </w:rPr>
      </w:pPr>
      <w:r w:rsidRPr="00622453">
        <w:rPr>
          <w:rFonts w:ascii="游明朝" w:eastAsia="游明朝" w:hAnsi="游明朝"/>
          <w:b/>
          <w:sz w:val="22"/>
        </w:rPr>
        <w:t>記</w:t>
      </w:r>
    </w:p>
    <w:tbl>
      <w:tblPr>
        <w:tblStyle w:val="afe"/>
        <w:tblW w:w="10380" w:type="dxa"/>
        <w:jc w:val="center"/>
        <w:tblLayout w:type="fixed"/>
        <w:tblLook w:val="04A0" w:firstRow="1" w:lastRow="0" w:firstColumn="1" w:lastColumn="0" w:noHBand="0" w:noVBand="1"/>
      </w:tblPr>
      <w:tblGrid>
        <w:gridCol w:w="513"/>
        <w:gridCol w:w="977"/>
        <w:gridCol w:w="1280"/>
        <w:gridCol w:w="1701"/>
        <w:gridCol w:w="2552"/>
        <w:gridCol w:w="3357"/>
      </w:tblGrid>
      <w:tr w:rsidR="00C42523" w:rsidRPr="00622453" w14:paraId="264A261E" w14:textId="77777777" w:rsidTr="00622453">
        <w:trPr>
          <w:jc w:val="center"/>
        </w:trPr>
        <w:tc>
          <w:tcPr>
            <w:tcW w:w="513" w:type="dxa"/>
            <w:shd w:val="clear" w:color="auto" w:fill="D9EAF7"/>
            <w:tcMar>
              <w:top w:w="55" w:type="dxa"/>
              <w:left w:w="55" w:type="dxa"/>
              <w:bottom w:w="55" w:type="dxa"/>
              <w:right w:w="55" w:type="dxa"/>
            </w:tcMar>
            <w:vAlign w:val="center"/>
          </w:tcPr>
          <w:p w14:paraId="53D74158" w14:textId="77777777" w:rsidR="00C42523" w:rsidRPr="00622453" w:rsidRDefault="00000000">
            <w:pPr>
              <w:jc w:val="center"/>
              <w:rPr>
                <w:rFonts w:ascii="游明朝" w:eastAsia="游明朝" w:hAnsi="游明朝"/>
                <w:sz w:val="22"/>
              </w:rPr>
            </w:pPr>
            <w:r w:rsidRPr="00622453">
              <w:rPr>
                <w:rFonts w:ascii="游明朝" w:eastAsia="游明朝" w:hAnsi="游明朝"/>
                <w:b/>
                <w:sz w:val="22"/>
              </w:rPr>
              <w:t>No.</w:t>
            </w:r>
          </w:p>
        </w:tc>
        <w:tc>
          <w:tcPr>
            <w:tcW w:w="977" w:type="dxa"/>
            <w:shd w:val="clear" w:color="auto" w:fill="D9EAF7"/>
            <w:tcMar>
              <w:top w:w="55" w:type="dxa"/>
              <w:left w:w="55" w:type="dxa"/>
              <w:bottom w:w="55" w:type="dxa"/>
              <w:right w:w="55" w:type="dxa"/>
            </w:tcMar>
            <w:vAlign w:val="center"/>
          </w:tcPr>
          <w:p w14:paraId="03F2B5A6" w14:textId="77777777" w:rsidR="00C42523" w:rsidRPr="00622453" w:rsidRDefault="00000000">
            <w:pPr>
              <w:jc w:val="center"/>
              <w:rPr>
                <w:rFonts w:ascii="游明朝" w:eastAsia="游明朝" w:hAnsi="游明朝"/>
                <w:sz w:val="22"/>
              </w:rPr>
            </w:pPr>
            <w:proofErr w:type="spellStart"/>
            <w:r w:rsidRPr="00622453">
              <w:rPr>
                <w:rFonts w:ascii="游明朝" w:eastAsia="游明朝" w:hAnsi="游明朝"/>
                <w:b/>
                <w:sz w:val="22"/>
              </w:rPr>
              <w:t>受験番号</w:t>
            </w:r>
            <w:proofErr w:type="spellEnd"/>
          </w:p>
        </w:tc>
        <w:tc>
          <w:tcPr>
            <w:tcW w:w="1280" w:type="dxa"/>
            <w:shd w:val="clear" w:color="auto" w:fill="D9EAF7"/>
            <w:tcMar>
              <w:top w:w="55" w:type="dxa"/>
              <w:left w:w="55" w:type="dxa"/>
              <w:bottom w:w="55" w:type="dxa"/>
              <w:right w:w="55" w:type="dxa"/>
            </w:tcMar>
            <w:vAlign w:val="center"/>
          </w:tcPr>
          <w:p w14:paraId="112F4B45" w14:textId="77777777" w:rsidR="00C42523" w:rsidRPr="00622453" w:rsidRDefault="00000000">
            <w:pPr>
              <w:jc w:val="center"/>
              <w:rPr>
                <w:rFonts w:ascii="游明朝" w:eastAsia="游明朝" w:hAnsi="游明朝"/>
                <w:sz w:val="22"/>
              </w:rPr>
            </w:pPr>
            <w:r w:rsidRPr="00622453">
              <w:rPr>
                <w:rFonts w:ascii="游明朝" w:eastAsia="游明朝" w:hAnsi="游明朝"/>
                <w:b/>
                <w:sz w:val="22"/>
              </w:rPr>
              <w:t>入試区分※2</w:t>
            </w:r>
          </w:p>
        </w:tc>
        <w:tc>
          <w:tcPr>
            <w:tcW w:w="1701" w:type="dxa"/>
            <w:shd w:val="clear" w:color="auto" w:fill="D9EAF7"/>
            <w:tcMar>
              <w:top w:w="55" w:type="dxa"/>
              <w:left w:w="55" w:type="dxa"/>
              <w:bottom w:w="55" w:type="dxa"/>
              <w:right w:w="55" w:type="dxa"/>
            </w:tcMar>
            <w:vAlign w:val="center"/>
          </w:tcPr>
          <w:p w14:paraId="5E673EC0" w14:textId="77777777" w:rsidR="00C42523" w:rsidRPr="00622453" w:rsidRDefault="00000000">
            <w:pPr>
              <w:jc w:val="center"/>
              <w:rPr>
                <w:rFonts w:ascii="游明朝" w:eastAsia="游明朝" w:hAnsi="游明朝"/>
                <w:sz w:val="22"/>
              </w:rPr>
            </w:pPr>
            <w:r w:rsidRPr="00622453">
              <w:rPr>
                <w:rFonts w:ascii="游明朝" w:eastAsia="游明朝" w:hAnsi="游明朝"/>
                <w:b/>
                <w:sz w:val="22"/>
              </w:rPr>
              <w:t>名　前</w:t>
            </w:r>
          </w:p>
        </w:tc>
        <w:tc>
          <w:tcPr>
            <w:tcW w:w="2552" w:type="dxa"/>
            <w:shd w:val="clear" w:color="auto" w:fill="D9EAF7"/>
            <w:tcMar>
              <w:top w:w="55" w:type="dxa"/>
              <w:left w:w="55" w:type="dxa"/>
              <w:bottom w:w="55" w:type="dxa"/>
              <w:right w:w="55" w:type="dxa"/>
            </w:tcMar>
            <w:vAlign w:val="center"/>
          </w:tcPr>
          <w:p w14:paraId="39DF3DCB" w14:textId="77777777" w:rsidR="00C42523" w:rsidRPr="00622453" w:rsidRDefault="00000000">
            <w:pPr>
              <w:jc w:val="center"/>
              <w:rPr>
                <w:rFonts w:ascii="游明朝" w:eastAsia="游明朝" w:hAnsi="游明朝"/>
                <w:sz w:val="22"/>
              </w:rPr>
            </w:pPr>
            <w:proofErr w:type="spellStart"/>
            <w:r w:rsidRPr="00622453">
              <w:rPr>
                <w:rFonts w:ascii="游明朝" w:eastAsia="游明朝" w:hAnsi="游明朝"/>
                <w:b/>
                <w:sz w:val="22"/>
              </w:rPr>
              <w:t>フリガナ</w:t>
            </w:r>
            <w:proofErr w:type="spellEnd"/>
          </w:p>
        </w:tc>
        <w:tc>
          <w:tcPr>
            <w:tcW w:w="3357" w:type="dxa"/>
            <w:shd w:val="clear" w:color="auto" w:fill="D9EAF7"/>
            <w:tcMar>
              <w:top w:w="55" w:type="dxa"/>
              <w:left w:w="55" w:type="dxa"/>
              <w:bottom w:w="55" w:type="dxa"/>
              <w:right w:w="55" w:type="dxa"/>
            </w:tcMar>
            <w:vAlign w:val="center"/>
          </w:tcPr>
          <w:p w14:paraId="445259C1" w14:textId="77777777" w:rsidR="00C42523" w:rsidRPr="00622453" w:rsidRDefault="00000000">
            <w:pPr>
              <w:jc w:val="center"/>
              <w:rPr>
                <w:rFonts w:ascii="游明朝" w:eastAsia="游明朝" w:hAnsi="游明朝"/>
                <w:sz w:val="22"/>
              </w:rPr>
            </w:pPr>
            <w:proofErr w:type="spellStart"/>
            <w:r w:rsidRPr="00622453">
              <w:rPr>
                <w:rFonts w:ascii="游明朝" w:eastAsia="游明朝" w:hAnsi="游明朝"/>
                <w:b/>
                <w:sz w:val="22"/>
              </w:rPr>
              <w:t>欠席理由</w:t>
            </w:r>
            <w:proofErr w:type="spellEnd"/>
          </w:p>
        </w:tc>
      </w:tr>
      <w:tr w:rsidR="00C42523" w:rsidRPr="00622453" w14:paraId="1A7554F7" w14:textId="77777777" w:rsidTr="00622453">
        <w:trPr>
          <w:jc w:val="center"/>
        </w:trPr>
        <w:tc>
          <w:tcPr>
            <w:tcW w:w="513" w:type="dxa"/>
            <w:tcBorders>
              <w:bottom w:val="single" w:sz="18" w:space="0" w:color="000000"/>
            </w:tcBorders>
            <w:tcMar>
              <w:top w:w="55" w:type="dxa"/>
              <w:left w:w="55" w:type="dxa"/>
              <w:bottom w:w="55" w:type="dxa"/>
              <w:right w:w="55" w:type="dxa"/>
            </w:tcMar>
            <w:vAlign w:val="center"/>
          </w:tcPr>
          <w:p w14:paraId="05A5210C" w14:textId="77777777" w:rsidR="00C42523" w:rsidRPr="00622453" w:rsidRDefault="00000000">
            <w:pPr>
              <w:jc w:val="center"/>
              <w:rPr>
                <w:rFonts w:ascii="游明朝" w:eastAsia="游明朝" w:hAnsi="游明朝"/>
                <w:sz w:val="22"/>
              </w:rPr>
            </w:pPr>
            <w:r w:rsidRPr="00622453">
              <w:rPr>
                <w:rFonts w:ascii="游明朝" w:eastAsia="游明朝" w:hAnsi="游明朝"/>
                <w:color w:val="FF0000"/>
                <w:sz w:val="22"/>
              </w:rPr>
              <w:t>例</w:t>
            </w:r>
          </w:p>
        </w:tc>
        <w:tc>
          <w:tcPr>
            <w:tcW w:w="977" w:type="dxa"/>
            <w:tcBorders>
              <w:bottom w:val="single" w:sz="18" w:space="0" w:color="000000"/>
            </w:tcBorders>
            <w:tcMar>
              <w:top w:w="55" w:type="dxa"/>
              <w:left w:w="55" w:type="dxa"/>
              <w:bottom w:w="55" w:type="dxa"/>
              <w:right w:w="55" w:type="dxa"/>
            </w:tcMar>
            <w:vAlign w:val="center"/>
          </w:tcPr>
          <w:p w14:paraId="2AF17C2A" w14:textId="77777777" w:rsidR="00C42523" w:rsidRPr="00622453" w:rsidRDefault="00000000">
            <w:pPr>
              <w:jc w:val="center"/>
              <w:rPr>
                <w:rFonts w:ascii="游明朝" w:eastAsia="游明朝" w:hAnsi="游明朝"/>
                <w:sz w:val="22"/>
              </w:rPr>
            </w:pPr>
            <w:r w:rsidRPr="00622453">
              <w:rPr>
                <w:rFonts w:ascii="游明朝" w:eastAsia="游明朝" w:hAnsi="游明朝"/>
                <w:color w:val="FF0000"/>
                <w:sz w:val="22"/>
              </w:rPr>
              <w:t>1001</w:t>
            </w:r>
          </w:p>
        </w:tc>
        <w:tc>
          <w:tcPr>
            <w:tcW w:w="1280" w:type="dxa"/>
            <w:tcBorders>
              <w:bottom w:val="single" w:sz="18" w:space="0" w:color="000000"/>
            </w:tcBorders>
            <w:tcMar>
              <w:top w:w="55" w:type="dxa"/>
              <w:left w:w="55" w:type="dxa"/>
              <w:bottom w:w="55" w:type="dxa"/>
              <w:right w:w="55" w:type="dxa"/>
            </w:tcMar>
            <w:vAlign w:val="center"/>
          </w:tcPr>
          <w:p w14:paraId="0D351095" w14:textId="77777777" w:rsidR="00C42523" w:rsidRPr="00622453" w:rsidRDefault="00000000">
            <w:pPr>
              <w:jc w:val="center"/>
              <w:rPr>
                <w:rFonts w:ascii="游明朝" w:eastAsia="游明朝" w:hAnsi="游明朝"/>
                <w:sz w:val="22"/>
              </w:rPr>
            </w:pPr>
            <w:proofErr w:type="spellStart"/>
            <w:r w:rsidRPr="00622453">
              <w:rPr>
                <w:rFonts w:ascii="游明朝" w:eastAsia="游明朝" w:hAnsi="游明朝"/>
                <w:color w:val="FF0000"/>
                <w:sz w:val="22"/>
              </w:rPr>
              <w:t>推薦</w:t>
            </w:r>
            <w:proofErr w:type="spellEnd"/>
          </w:p>
        </w:tc>
        <w:tc>
          <w:tcPr>
            <w:tcW w:w="1701" w:type="dxa"/>
            <w:tcBorders>
              <w:bottom w:val="single" w:sz="18" w:space="0" w:color="000000"/>
            </w:tcBorders>
            <w:tcMar>
              <w:top w:w="55" w:type="dxa"/>
              <w:left w:w="55" w:type="dxa"/>
              <w:bottom w:w="55" w:type="dxa"/>
              <w:right w:w="55" w:type="dxa"/>
            </w:tcMar>
            <w:vAlign w:val="center"/>
          </w:tcPr>
          <w:p w14:paraId="47C9D5E2" w14:textId="77777777" w:rsidR="00C42523" w:rsidRPr="00622453" w:rsidRDefault="00000000">
            <w:pPr>
              <w:jc w:val="center"/>
              <w:rPr>
                <w:rFonts w:ascii="游明朝" w:eastAsia="游明朝" w:hAnsi="游明朝"/>
                <w:sz w:val="22"/>
              </w:rPr>
            </w:pPr>
            <w:proofErr w:type="spellStart"/>
            <w:r w:rsidRPr="00622453">
              <w:rPr>
                <w:rFonts w:ascii="游明朝" w:eastAsia="游明朝" w:hAnsi="游明朝"/>
                <w:color w:val="FF0000"/>
                <w:sz w:val="22"/>
              </w:rPr>
              <w:t>東明</w:t>
            </w:r>
            <w:proofErr w:type="spellEnd"/>
            <w:r w:rsidRPr="00622453">
              <w:rPr>
                <w:rFonts w:ascii="游明朝" w:eastAsia="游明朝" w:hAnsi="游明朝"/>
                <w:color w:val="FF0000"/>
                <w:sz w:val="22"/>
              </w:rPr>
              <w:t xml:space="preserve">　</w:t>
            </w:r>
            <w:proofErr w:type="spellStart"/>
            <w:r w:rsidRPr="00622453">
              <w:rPr>
                <w:rFonts w:ascii="游明朝" w:eastAsia="游明朝" w:hAnsi="游明朝"/>
                <w:color w:val="FF0000"/>
                <w:sz w:val="22"/>
              </w:rPr>
              <w:t>太郎</w:t>
            </w:r>
            <w:proofErr w:type="spellEnd"/>
          </w:p>
        </w:tc>
        <w:tc>
          <w:tcPr>
            <w:tcW w:w="2552" w:type="dxa"/>
            <w:tcBorders>
              <w:bottom w:val="single" w:sz="18" w:space="0" w:color="000000"/>
            </w:tcBorders>
            <w:tcMar>
              <w:top w:w="55" w:type="dxa"/>
              <w:left w:w="55" w:type="dxa"/>
              <w:bottom w:w="55" w:type="dxa"/>
              <w:right w:w="55" w:type="dxa"/>
            </w:tcMar>
            <w:vAlign w:val="center"/>
          </w:tcPr>
          <w:p w14:paraId="251F09F5" w14:textId="77777777" w:rsidR="00C42523" w:rsidRPr="00622453" w:rsidRDefault="00000000">
            <w:pPr>
              <w:jc w:val="center"/>
              <w:rPr>
                <w:rFonts w:ascii="游明朝" w:eastAsia="游明朝" w:hAnsi="游明朝"/>
                <w:sz w:val="22"/>
              </w:rPr>
            </w:pPr>
            <w:proofErr w:type="spellStart"/>
            <w:r w:rsidRPr="00622453">
              <w:rPr>
                <w:rFonts w:ascii="游明朝" w:eastAsia="游明朝" w:hAnsi="游明朝"/>
                <w:color w:val="FF0000"/>
                <w:sz w:val="22"/>
              </w:rPr>
              <w:t>トウメイ</w:t>
            </w:r>
            <w:proofErr w:type="spellEnd"/>
            <w:r w:rsidRPr="00622453">
              <w:rPr>
                <w:rFonts w:ascii="游明朝" w:eastAsia="游明朝" w:hAnsi="游明朝"/>
                <w:color w:val="FF0000"/>
                <w:sz w:val="22"/>
              </w:rPr>
              <w:t xml:space="preserve">　</w:t>
            </w:r>
            <w:proofErr w:type="spellStart"/>
            <w:r w:rsidRPr="00622453">
              <w:rPr>
                <w:rFonts w:ascii="游明朝" w:eastAsia="游明朝" w:hAnsi="游明朝"/>
                <w:color w:val="FF0000"/>
                <w:sz w:val="22"/>
              </w:rPr>
              <w:t>タロウ</w:t>
            </w:r>
            <w:proofErr w:type="spellEnd"/>
          </w:p>
        </w:tc>
        <w:tc>
          <w:tcPr>
            <w:tcW w:w="3357" w:type="dxa"/>
            <w:tcBorders>
              <w:bottom w:val="single" w:sz="18" w:space="0" w:color="000000"/>
            </w:tcBorders>
            <w:tcMar>
              <w:top w:w="55" w:type="dxa"/>
              <w:left w:w="55" w:type="dxa"/>
              <w:bottom w:w="55" w:type="dxa"/>
              <w:right w:w="55" w:type="dxa"/>
            </w:tcMar>
            <w:vAlign w:val="center"/>
          </w:tcPr>
          <w:p w14:paraId="32CDC117" w14:textId="77777777" w:rsidR="00C42523" w:rsidRPr="00622453" w:rsidRDefault="00000000">
            <w:pPr>
              <w:jc w:val="center"/>
              <w:rPr>
                <w:rFonts w:ascii="游明朝" w:eastAsia="游明朝" w:hAnsi="游明朝"/>
                <w:sz w:val="22"/>
                <w:lang w:eastAsia="ja-JP"/>
              </w:rPr>
            </w:pPr>
            <w:r w:rsidRPr="00622453">
              <w:rPr>
                <w:rFonts w:ascii="游明朝" w:eastAsia="游明朝" w:hAnsi="游明朝"/>
                <w:color w:val="FF0000"/>
                <w:sz w:val="22"/>
                <w:lang w:eastAsia="ja-JP"/>
              </w:rPr>
              <w:t>インフルエンザに罹患</w:t>
            </w:r>
          </w:p>
        </w:tc>
      </w:tr>
      <w:tr w:rsidR="00C42523" w:rsidRPr="00622453" w14:paraId="38187BC0" w14:textId="77777777" w:rsidTr="007B3054">
        <w:trPr>
          <w:trHeight w:val="465"/>
          <w:jc w:val="center"/>
        </w:trPr>
        <w:tc>
          <w:tcPr>
            <w:tcW w:w="513" w:type="dxa"/>
            <w:tcBorders>
              <w:left w:val="single" w:sz="18" w:space="0" w:color="auto"/>
            </w:tcBorders>
            <w:tcMar>
              <w:top w:w="55" w:type="dxa"/>
              <w:left w:w="55" w:type="dxa"/>
              <w:bottom w:w="55" w:type="dxa"/>
              <w:right w:w="55" w:type="dxa"/>
            </w:tcMar>
            <w:vAlign w:val="center"/>
          </w:tcPr>
          <w:p w14:paraId="224957C2" w14:textId="77777777" w:rsidR="00C42523" w:rsidRPr="00622453" w:rsidRDefault="00000000">
            <w:pPr>
              <w:jc w:val="center"/>
              <w:rPr>
                <w:rFonts w:ascii="游明朝" w:eastAsia="游明朝" w:hAnsi="游明朝"/>
                <w:sz w:val="22"/>
              </w:rPr>
            </w:pPr>
            <w:r w:rsidRPr="00622453">
              <w:rPr>
                <w:rFonts w:ascii="游明朝" w:eastAsia="游明朝" w:hAnsi="游明朝"/>
                <w:sz w:val="22"/>
              </w:rPr>
              <w:t>1</w:t>
            </w:r>
          </w:p>
        </w:tc>
        <w:tc>
          <w:tcPr>
            <w:tcW w:w="977" w:type="dxa"/>
            <w:tcMar>
              <w:top w:w="55" w:type="dxa"/>
              <w:left w:w="55" w:type="dxa"/>
              <w:bottom w:w="55" w:type="dxa"/>
              <w:right w:w="55" w:type="dxa"/>
            </w:tcMar>
            <w:vAlign w:val="center"/>
          </w:tcPr>
          <w:p w14:paraId="72B860A6" w14:textId="77777777" w:rsidR="00C42523" w:rsidRPr="00622453" w:rsidRDefault="00C42523">
            <w:pPr>
              <w:jc w:val="center"/>
              <w:rPr>
                <w:rFonts w:ascii="游明朝" w:eastAsia="游明朝" w:hAnsi="游明朝"/>
                <w:sz w:val="22"/>
              </w:rPr>
            </w:pPr>
          </w:p>
        </w:tc>
        <w:tc>
          <w:tcPr>
            <w:tcW w:w="1280" w:type="dxa"/>
            <w:tcMar>
              <w:top w:w="55" w:type="dxa"/>
              <w:left w:w="55" w:type="dxa"/>
              <w:bottom w:w="55" w:type="dxa"/>
              <w:right w:w="55" w:type="dxa"/>
            </w:tcMar>
            <w:vAlign w:val="center"/>
          </w:tcPr>
          <w:p w14:paraId="2660C2D5" w14:textId="77777777" w:rsidR="00C42523" w:rsidRPr="00622453" w:rsidRDefault="00C42523">
            <w:pPr>
              <w:jc w:val="center"/>
              <w:rPr>
                <w:rFonts w:ascii="游明朝" w:eastAsia="游明朝" w:hAnsi="游明朝"/>
                <w:sz w:val="22"/>
              </w:rPr>
            </w:pPr>
          </w:p>
        </w:tc>
        <w:tc>
          <w:tcPr>
            <w:tcW w:w="1701" w:type="dxa"/>
            <w:tcMar>
              <w:top w:w="55" w:type="dxa"/>
              <w:left w:w="55" w:type="dxa"/>
              <w:bottom w:w="55" w:type="dxa"/>
              <w:right w:w="55" w:type="dxa"/>
            </w:tcMar>
            <w:vAlign w:val="center"/>
          </w:tcPr>
          <w:p w14:paraId="691F2909" w14:textId="77777777" w:rsidR="00C42523" w:rsidRPr="00622453" w:rsidRDefault="00C42523">
            <w:pPr>
              <w:jc w:val="center"/>
              <w:rPr>
                <w:rFonts w:ascii="游明朝" w:eastAsia="游明朝" w:hAnsi="游明朝"/>
                <w:sz w:val="22"/>
              </w:rPr>
            </w:pPr>
          </w:p>
        </w:tc>
        <w:tc>
          <w:tcPr>
            <w:tcW w:w="2552" w:type="dxa"/>
            <w:tcMar>
              <w:top w:w="55" w:type="dxa"/>
              <w:left w:w="55" w:type="dxa"/>
              <w:bottom w:w="55" w:type="dxa"/>
              <w:right w:w="55" w:type="dxa"/>
            </w:tcMar>
            <w:vAlign w:val="center"/>
          </w:tcPr>
          <w:p w14:paraId="6B763F4B" w14:textId="77777777" w:rsidR="00C42523" w:rsidRPr="00622453" w:rsidRDefault="00C42523">
            <w:pPr>
              <w:jc w:val="center"/>
              <w:rPr>
                <w:rFonts w:ascii="游明朝" w:eastAsia="游明朝" w:hAnsi="游明朝"/>
                <w:sz w:val="22"/>
              </w:rPr>
            </w:pPr>
          </w:p>
        </w:tc>
        <w:tc>
          <w:tcPr>
            <w:tcW w:w="3357" w:type="dxa"/>
            <w:tcBorders>
              <w:right w:val="single" w:sz="18" w:space="0" w:color="auto"/>
            </w:tcBorders>
            <w:tcMar>
              <w:top w:w="55" w:type="dxa"/>
              <w:left w:w="55" w:type="dxa"/>
              <w:bottom w:w="55" w:type="dxa"/>
              <w:right w:w="55" w:type="dxa"/>
            </w:tcMar>
            <w:vAlign w:val="center"/>
          </w:tcPr>
          <w:p w14:paraId="32671835" w14:textId="77777777" w:rsidR="00C42523" w:rsidRPr="00622453" w:rsidRDefault="00C42523">
            <w:pPr>
              <w:jc w:val="center"/>
              <w:rPr>
                <w:rFonts w:ascii="游明朝" w:eastAsia="游明朝" w:hAnsi="游明朝"/>
                <w:sz w:val="22"/>
              </w:rPr>
            </w:pPr>
          </w:p>
        </w:tc>
      </w:tr>
      <w:tr w:rsidR="00C42523" w:rsidRPr="00622453" w14:paraId="1AB06DAD" w14:textId="77777777" w:rsidTr="007B3054">
        <w:trPr>
          <w:trHeight w:val="465"/>
          <w:jc w:val="center"/>
        </w:trPr>
        <w:tc>
          <w:tcPr>
            <w:tcW w:w="513" w:type="dxa"/>
            <w:tcBorders>
              <w:left w:val="single" w:sz="18" w:space="0" w:color="auto"/>
            </w:tcBorders>
            <w:tcMar>
              <w:top w:w="55" w:type="dxa"/>
              <w:left w:w="55" w:type="dxa"/>
              <w:bottom w:w="55" w:type="dxa"/>
              <w:right w:w="55" w:type="dxa"/>
            </w:tcMar>
            <w:vAlign w:val="center"/>
          </w:tcPr>
          <w:p w14:paraId="1E504E11" w14:textId="77777777" w:rsidR="00C42523" w:rsidRPr="00622453" w:rsidRDefault="00000000">
            <w:pPr>
              <w:jc w:val="center"/>
              <w:rPr>
                <w:rFonts w:ascii="游明朝" w:eastAsia="游明朝" w:hAnsi="游明朝"/>
                <w:sz w:val="22"/>
              </w:rPr>
            </w:pPr>
            <w:r w:rsidRPr="00622453">
              <w:rPr>
                <w:rFonts w:ascii="游明朝" w:eastAsia="游明朝" w:hAnsi="游明朝"/>
                <w:sz w:val="22"/>
              </w:rPr>
              <w:t>2</w:t>
            </w:r>
          </w:p>
        </w:tc>
        <w:tc>
          <w:tcPr>
            <w:tcW w:w="977" w:type="dxa"/>
            <w:tcMar>
              <w:top w:w="55" w:type="dxa"/>
              <w:left w:w="55" w:type="dxa"/>
              <w:bottom w:w="55" w:type="dxa"/>
              <w:right w:w="55" w:type="dxa"/>
            </w:tcMar>
            <w:vAlign w:val="center"/>
          </w:tcPr>
          <w:p w14:paraId="09CFA970" w14:textId="77777777" w:rsidR="00C42523" w:rsidRPr="00622453" w:rsidRDefault="00C42523">
            <w:pPr>
              <w:jc w:val="center"/>
              <w:rPr>
                <w:rFonts w:ascii="游明朝" w:eastAsia="游明朝" w:hAnsi="游明朝"/>
                <w:sz w:val="22"/>
              </w:rPr>
            </w:pPr>
          </w:p>
        </w:tc>
        <w:tc>
          <w:tcPr>
            <w:tcW w:w="1280" w:type="dxa"/>
            <w:tcMar>
              <w:top w:w="55" w:type="dxa"/>
              <w:left w:w="55" w:type="dxa"/>
              <w:bottom w:w="55" w:type="dxa"/>
              <w:right w:w="55" w:type="dxa"/>
            </w:tcMar>
            <w:vAlign w:val="center"/>
          </w:tcPr>
          <w:p w14:paraId="7EA3D732" w14:textId="77777777" w:rsidR="00C42523" w:rsidRPr="00622453" w:rsidRDefault="00C42523">
            <w:pPr>
              <w:jc w:val="center"/>
              <w:rPr>
                <w:rFonts w:ascii="游明朝" w:eastAsia="游明朝" w:hAnsi="游明朝"/>
                <w:sz w:val="22"/>
              </w:rPr>
            </w:pPr>
          </w:p>
        </w:tc>
        <w:tc>
          <w:tcPr>
            <w:tcW w:w="1701" w:type="dxa"/>
            <w:tcMar>
              <w:top w:w="55" w:type="dxa"/>
              <w:left w:w="55" w:type="dxa"/>
              <w:bottom w:w="55" w:type="dxa"/>
              <w:right w:w="55" w:type="dxa"/>
            </w:tcMar>
            <w:vAlign w:val="center"/>
          </w:tcPr>
          <w:p w14:paraId="6E838B21" w14:textId="77777777" w:rsidR="00C42523" w:rsidRPr="00622453" w:rsidRDefault="00C42523">
            <w:pPr>
              <w:jc w:val="center"/>
              <w:rPr>
                <w:rFonts w:ascii="游明朝" w:eastAsia="游明朝" w:hAnsi="游明朝"/>
                <w:sz w:val="22"/>
              </w:rPr>
            </w:pPr>
          </w:p>
        </w:tc>
        <w:tc>
          <w:tcPr>
            <w:tcW w:w="2552" w:type="dxa"/>
            <w:tcMar>
              <w:top w:w="55" w:type="dxa"/>
              <w:left w:w="55" w:type="dxa"/>
              <w:bottom w:w="55" w:type="dxa"/>
              <w:right w:w="55" w:type="dxa"/>
            </w:tcMar>
            <w:vAlign w:val="center"/>
          </w:tcPr>
          <w:p w14:paraId="477D5578" w14:textId="77777777" w:rsidR="00C42523" w:rsidRPr="00622453" w:rsidRDefault="00C42523">
            <w:pPr>
              <w:jc w:val="center"/>
              <w:rPr>
                <w:rFonts w:ascii="游明朝" w:eastAsia="游明朝" w:hAnsi="游明朝"/>
                <w:sz w:val="22"/>
              </w:rPr>
            </w:pPr>
          </w:p>
        </w:tc>
        <w:tc>
          <w:tcPr>
            <w:tcW w:w="3357" w:type="dxa"/>
            <w:tcBorders>
              <w:right w:val="single" w:sz="18" w:space="0" w:color="auto"/>
            </w:tcBorders>
            <w:tcMar>
              <w:top w:w="55" w:type="dxa"/>
              <w:left w:w="55" w:type="dxa"/>
              <w:bottom w:w="55" w:type="dxa"/>
              <w:right w:w="55" w:type="dxa"/>
            </w:tcMar>
            <w:vAlign w:val="center"/>
          </w:tcPr>
          <w:p w14:paraId="2E44A666" w14:textId="77777777" w:rsidR="00C42523" w:rsidRPr="00622453" w:rsidRDefault="00C42523">
            <w:pPr>
              <w:jc w:val="center"/>
              <w:rPr>
                <w:rFonts w:ascii="游明朝" w:eastAsia="游明朝" w:hAnsi="游明朝"/>
                <w:sz w:val="22"/>
              </w:rPr>
            </w:pPr>
          </w:p>
        </w:tc>
      </w:tr>
      <w:tr w:rsidR="00C42523" w:rsidRPr="00622453" w14:paraId="6AEC9204" w14:textId="77777777" w:rsidTr="007B3054">
        <w:trPr>
          <w:trHeight w:val="465"/>
          <w:jc w:val="center"/>
        </w:trPr>
        <w:tc>
          <w:tcPr>
            <w:tcW w:w="513" w:type="dxa"/>
            <w:tcBorders>
              <w:left w:val="single" w:sz="18" w:space="0" w:color="auto"/>
            </w:tcBorders>
            <w:tcMar>
              <w:top w:w="55" w:type="dxa"/>
              <w:left w:w="55" w:type="dxa"/>
              <w:bottom w:w="55" w:type="dxa"/>
              <w:right w:w="55" w:type="dxa"/>
            </w:tcMar>
            <w:vAlign w:val="center"/>
          </w:tcPr>
          <w:p w14:paraId="7D6C386C" w14:textId="77777777" w:rsidR="00C42523" w:rsidRPr="00622453" w:rsidRDefault="00000000">
            <w:pPr>
              <w:jc w:val="center"/>
              <w:rPr>
                <w:rFonts w:ascii="游明朝" w:eastAsia="游明朝" w:hAnsi="游明朝"/>
                <w:sz w:val="22"/>
              </w:rPr>
            </w:pPr>
            <w:r w:rsidRPr="00622453">
              <w:rPr>
                <w:rFonts w:ascii="游明朝" w:eastAsia="游明朝" w:hAnsi="游明朝"/>
                <w:sz w:val="22"/>
              </w:rPr>
              <w:t>3</w:t>
            </w:r>
          </w:p>
        </w:tc>
        <w:tc>
          <w:tcPr>
            <w:tcW w:w="977" w:type="dxa"/>
            <w:tcMar>
              <w:top w:w="55" w:type="dxa"/>
              <w:left w:w="55" w:type="dxa"/>
              <w:bottom w:w="55" w:type="dxa"/>
              <w:right w:w="55" w:type="dxa"/>
            </w:tcMar>
            <w:vAlign w:val="center"/>
          </w:tcPr>
          <w:p w14:paraId="3BBD7860" w14:textId="77777777" w:rsidR="00C42523" w:rsidRPr="00622453" w:rsidRDefault="00C42523">
            <w:pPr>
              <w:jc w:val="center"/>
              <w:rPr>
                <w:rFonts w:ascii="游明朝" w:eastAsia="游明朝" w:hAnsi="游明朝"/>
                <w:sz w:val="22"/>
              </w:rPr>
            </w:pPr>
          </w:p>
        </w:tc>
        <w:tc>
          <w:tcPr>
            <w:tcW w:w="1280" w:type="dxa"/>
            <w:tcMar>
              <w:top w:w="55" w:type="dxa"/>
              <w:left w:w="55" w:type="dxa"/>
              <w:bottom w:w="55" w:type="dxa"/>
              <w:right w:w="55" w:type="dxa"/>
            </w:tcMar>
            <w:vAlign w:val="center"/>
          </w:tcPr>
          <w:p w14:paraId="6EBFDF80" w14:textId="77777777" w:rsidR="00C42523" w:rsidRPr="00622453" w:rsidRDefault="00C42523">
            <w:pPr>
              <w:jc w:val="center"/>
              <w:rPr>
                <w:rFonts w:ascii="游明朝" w:eastAsia="游明朝" w:hAnsi="游明朝"/>
                <w:sz w:val="22"/>
              </w:rPr>
            </w:pPr>
          </w:p>
        </w:tc>
        <w:tc>
          <w:tcPr>
            <w:tcW w:w="1701" w:type="dxa"/>
            <w:tcMar>
              <w:top w:w="55" w:type="dxa"/>
              <w:left w:w="55" w:type="dxa"/>
              <w:bottom w:w="55" w:type="dxa"/>
              <w:right w:w="55" w:type="dxa"/>
            </w:tcMar>
            <w:vAlign w:val="center"/>
          </w:tcPr>
          <w:p w14:paraId="51EE2F87" w14:textId="77777777" w:rsidR="00C42523" w:rsidRPr="00622453" w:rsidRDefault="00C42523">
            <w:pPr>
              <w:jc w:val="center"/>
              <w:rPr>
                <w:rFonts w:ascii="游明朝" w:eastAsia="游明朝" w:hAnsi="游明朝"/>
                <w:sz w:val="22"/>
              </w:rPr>
            </w:pPr>
          </w:p>
        </w:tc>
        <w:tc>
          <w:tcPr>
            <w:tcW w:w="2552" w:type="dxa"/>
            <w:tcMar>
              <w:top w:w="55" w:type="dxa"/>
              <w:left w:w="55" w:type="dxa"/>
              <w:bottom w:w="55" w:type="dxa"/>
              <w:right w:w="55" w:type="dxa"/>
            </w:tcMar>
            <w:vAlign w:val="center"/>
          </w:tcPr>
          <w:p w14:paraId="39A23BF7" w14:textId="77777777" w:rsidR="00C42523" w:rsidRPr="00622453" w:rsidRDefault="00C42523">
            <w:pPr>
              <w:jc w:val="center"/>
              <w:rPr>
                <w:rFonts w:ascii="游明朝" w:eastAsia="游明朝" w:hAnsi="游明朝"/>
                <w:sz w:val="22"/>
              </w:rPr>
            </w:pPr>
          </w:p>
        </w:tc>
        <w:tc>
          <w:tcPr>
            <w:tcW w:w="3357" w:type="dxa"/>
            <w:tcBorders>
              <w:right w:val="single" w:sz="18" w:space="0" w:color="auto"/>
            </w:tcBorders>
            <w:tcMar>
              <w:top w:w="55" w:type="dxa"/>
              <w:left w:w="55" w:type="dxa"/>
              <w:bottom w:w="55" w:type="dxa"/>
              <w:right w:w="55" w:type="dxa"/>
            </w:tcMar>
            <w:vAlign w:val="center"/>
          </w:tcPr>
          <w:p w14:paraId="1FE3381E" w14:textId="77777777" w:rsidR="00C42523" w:rsidRPr="00622453" w:rsidRDefault="00C42523">
            <w:pPr>
              <w:jc w:val="center"/>
              <w:rPr>
                <w:rFonts w:ascii="游明朝" w:eastAsia="游明朝" w:hAnsi="游明朝"/>
                <w:sz w:val="22"/>
              </w:rPr>
            </w:pPr>
          </w:p>
        </w:tc>
      </w:tr>
      <w:tr w:rsidR="00C42523" w:rsidRPr="00622453" w14:paraId="1CE2ADD8" w14:textId="77777777" w:rsidTr="007B3054">
        <w:trPr>
          <w:trHeight w:val="465"/>
          <w:jc w:val="center"/>
        </w:trPr>
        <w:tc>
          <w:tcPr>
            <w:tcW w:w="513" w:type="dxa"/>
            <w:tcBorders>
              <w:left w:val="single" w:sz="18" w:space="0" w:color="auto"/>
            </w:tcBorders>
            <w:tcMar>
              <w:top w:w="55" w:type="dxa"/>
              <w:left w:w="55" w:type="dxa"/>
              <w:bottom w:w="55" w:type="dxa"/>
              <w:right w:w="55" w:type="dxa"/>
            </w:tcMar>
            <w:vAlign w:val="center"/>
          </w:tcPr>
          <w:p w14:paraId="10AA895C" w14:textId="77777777" w:rsidR="00C42523" w:rsidRPr="00622453" w:rsidRDefault="00000000">
            <w:pPr>
              <w:jc w:val="center"/>
              <w:rPr>
                <w:rFonts w:ascii="游明朝" w:eastAsia="游明朝" w:hAnsi="游明朝"/>
                <w:sz w:val="22"/>
              </w:rPr>
            </w:pPr>
            <w:r w:rsidRPr="00622453">
              <w:rPr>
                <w:rFonts w:ascii="游明朝" w:eastAsia="游明朝" w:hAnsi="游明朝"/>
                <w:sz w:val="22"/>
              </w:rPr>
              <w:t>4</w:t>
            </w:r>
          </w:p>
        </w:tc>
        <w:tc>
          <w:tcPr>
            <w:tcW w:w="977" w:type="dxa"/>
            <w:tcMar>
              <w:top w:w="55" w:type="dxa"/>
              <w:left w:w="55" w:type="dxa"/>
              <w:bottom w:w="55" w:type="dxa"/>
              <w:right w:w="55" w:type="dxa"/>
            </w:tcMar>
            <w:vAlign w:val="center"/>
          </w:tcPr>
          <w:p w14:paraId="79644318" w14:textId="77777777" w:rsidR="00C42523" w:rsidRPr="00622453" w:rsidRDefault="00C42523">
            <w:pPr>
              <w:jc w:val="center"/>
              <w:rPr>
                <w:rFonts w:ascii="游明朝" w:eastAsia="游明朝" w:hAnsi="游明朝"/>
                <w:sz w:val="22"/>
              </w:rPr>
            </w:pPr>
          </w:p>
        </w:tc>
        <w:tc>
          <w:tcPr>
            <w:tcW w:w="1280" w:type="dxa"/>
            <w:tcMar>
              <w:top w:w="55" w:type="dxa"/>
              <w:left w:w="55" w:type="dxa"/>
              <w:bottom w:w="55" w:type="dxa"/>
              <w:right w:w="55" w:type="dxa"/>
            </w:tcMar>
            <w:vAlign w:val="center"/>
          </w:tcPr>
          <w:p w14:paraId="166EE429" w14:textId="77777777" w:rsidR="00C42523" w:rsidRPr="00622453" w:rsidRDefault="00C42523">
            <w:pPr>
              <w:jc w:val="center"/>
              <w:rPr>
                <w:rFonts w:ascii="游明朝" w:eastAsia="游明朝" w:hAnsi="游明朝"/>
                <w:sz w:val="22"/>
              </w:rPr>
            </w:pPr>
          </w:p>
        </w:tc>
        <w:tc>
          <w:tcPr>
            <w:tcW w:w="1701" w:type="dxa"/>
            <w:tcMar>
              <w:top w:w="55" w:type="dxa"/>
              <w:left w:w="55" w:type="dxa"/>
              <w:bottom w:w="55" w:type="dxa"/>
              <w:right w:w="55" w:type="dxa"/>
            </w:tcMar>
            <w:vAlign w:val="center"/>
          </w:tcPr>
          <w:p w14:paraId="3733B6DC" w14:textId="77777777" w:rsidR="00C42523" w:rsidRPr="00622453" w:rsidRDefault="00C42523">
            <w:pPr>
              <w:jc w:val="center"/>
              <w:rPr>
                <w:rFonts w:ascii="游明朝" w:eastAsia="游明朝" w:hAnsi="游明朝"/>
                <w:sz w:val="22"/>
              </w:rPr>
            </w:pPr>
          </w:p>
        </w:tc>
        <w:tc>
          <w:tcPr>
            <w:tcW w:w="2552" w:type="dxa"/>
            <w:tcMar>
              <w:top w:w="55" w:type="dxa"/>
              <w:left w:w="55" w:type="dxa"/>
              <w:bottom w:w="55" w:type="dxa"/>
              <w:right w:w="55" w:type="dxa"/>
            </w:tcMar>
            <w:vAlign w:val="center"/>
          </w:tcPr>
          <w:p w14:paraId="55FAF814" w14:textId="77777777" w:rsidR="00C42523" w:rsidRPr="00622453" w:rsidRDefault="00C42523">
            <w:pPr>
              <w:jc w:val="center"/>
              <w:rPr>
                <w:rFonts w:ascii="游明朝" w:eastAsia="游明朝" w:hAnsi="游明朝"/>
                <w:sz w:val="22"/>
              </w:rPr>
            </w:pPr>
          </w:p>
        </w:tc>
        <w:tc>
          <w:tcPr>
            <w:tcW w:w="3357" w:type="dxa"/>
            <w:tcBorders>
              <w:right w:val="single" w:sz="18" w:space="0" w:color="auto"/>
            </w:tcBorders>
            <w:tcMar>
              <w:top w:w="55" w:type="dxa"/>
              <w:left w:w="55" w:type="dxa"/>
              <w:bottom w:w="55" w:type="dxa"/>
              <w:right w:w="55" w:type="dxa"/>
            </w:tcMar>
            <w:vAlign w:val="center"/>
          </w:tcPr>
          <w:p w14:paraId="180BEF29" w14:textId="77777777" w:rsidR="00C42523" w:rsidRPr="00622453" w:rsidRDefault="00C42523">
            <w:pPr>
              <w:jc w:val="center"/>
              <w:rPr>
                <w:rFonts w:ascii="游明朝" w:eastAsia="游明朝" w:hAnsi="游明朝"/>
                <w:sz w:val="22"/>
              </w:rPr>
            </w:pPr>
          </w:p>
        </w:tc>
      </w:tr>
      <w:tr w:rsidR="00C019D7" w:rsidRPr="00622453" w14:paraId="68BCD7E0" w14:textId="77777777" w:rsidTr="007B3054">
        <w:trPr>
          <w:trHeight w:val="465"/>
          <w:jc w:val="center"/>
        </w:trPr>
        <w:tc>
          <w:tcPr>
            <w:tcW w:w="513" w:type="dxa"/>
            <w:tcBorders>
              <w:left w:val="single" w:sz="18" w:space="0" w:color="auto"/>
            </w:tcBorders>
            <w:tcMar>
              <w:top w:w="55" w:type="dxa"/>
              <w:left w:w="55" w:type="dxa"/>
              <w:bottom w:w="55" w:type="dxa"/>
              <w:right w:w="55" w:type="dxa"/>
            </w:tcMar>
            <w:vAlign w:val="center"/>
          </w:tcPr>
          <w:p w14:paraId="2277182B" w14:textId="363AD380" w:rsidR="00C019D7" w:rsidRPr="00622453" w:rsidRDefault="00C019D7">
            <w:pPr>
              <w:jc w:val="center"/>
              <w:rPr>
                <w:rFonts w:ascii="游明朝" w:eastAsia="游明朝" w:hAnsi="游明朝"/>
                <w:sz w:val="22"/>
              </w:rPr>
            </w:pPr>
            <w:r>
              <w:rPr>
                <w:rFonts w:ascii="游明朝" w:eastAsia="游明朝" w:hAnsi="游明朝" w:hint="eastAsia"/>
                <w:sz w:val="22"/>
                <w:lang w:eastAsia="ja-JP"/>
              </w:rPr>
              <w:t>5</w:t>
            </w:r>
          </w:p>
        </w:tc>
        <w:tc>
          <w:tcPr>
            <w:tcW w:w="977" w:type="dxa"/>
            <w:tcMar>
              <w:top w:w="55" w:type="dxa"/>
              <w:left w:w="55" w:type="dxa"/>
              <w:bottom w:w="55" w:type="dxa"/>
              <w:right w:w="55" w:type="dxa"/>
            </w:tcMar>
            <w:vAlign w:val="center"/>
          </w:tcPr>
          <w:p w14:paraId="4DE6EC88" w14:textId="77777777" w:rsidR="00C019D7" w:rsidRPr="00622453" w:rsidRDefault="00C019D7">
            <w:pPr>
              <w:jc w:val="center"/>
              <w:rPr>
                <w:rFonts w:ascii="游明朝" w:eastAsia="游明朝" w:hAnsi="游明朝"/>
                <w:sz w:val="22"/>
              </w:rPr>
            </w:pPr>
          </w:p>
        </w:tc>
        <w:tc>
          <w:tcPr>
            <w:tcW w:w="1280" w:type="dxa"/>
            <w:tcMar>
              <w:top w:w="55" w:type="dxa"/>
              <w:left w:w="55" w:type="dxa"/>
              <w:bottom w:w="55" w:type="dxa"/>
              <w:right w:w="55" w:type="dxa"/>
            </w:tcMar>
            <w:vAlign w:val="center"/>
          </w:tcPr>
          <w:p w14:paraId="2F0CFF1D" w14:textId="77777777" w:rsidR="00C019D7" w:rsidRPr="00622453" w:rsidRDefault="00C019D7">
            <w:pPr>
              <w:jc w:val="center"/>
              <w:rPr>
                <w:rFonts w:ascii="游明朝" w:eastAsia="游明朝" w:hAnsi="游明朝"/>
                <w:sz w:val="22"/>
              </w:rPr>
            </w:pPr>
          </w:p>
        </w:tc>
        <w:tc>
          <w:tcPr>
            <w:tcW w:w="1701" w:type="dxa"/>
            <w:tcMar>
              <w:top w:w="55" w:type="dxa"/>
              <w:left w:w="55" w:type="dxa"/>
              <w:bottom w:w="55" w:type="dxa"/>
              <w:right w:w="55" w:type="dxa"/>
            </w:tcMar>
            <w:vAlign w:val="center"/>
          </w:tcPr>
          <w:p w14:paraId="20A3CFFB" w14:textId="77777777" w:rsidR="00C019D7" w:rsidRPr="00622453" w:rsidRDefault="00C019D7">
            <w:pPr>
              <w:jc w:val="center"/>
              <w:rPr>
                <w:rFonts w:ascii="游明朝" w:eastAsia="游明朝" w:hAnsi="游明朝"/>
                <w:sz w:val="22"/>
              </w:rPr>
            </w:pPr>
          </w:p>
        </w:tc>
        <w:tc>
          <w:tcPr>
            <w:tcW w:w="2552" w:type="dxa"/>
            <w:tcMar>
              <w:top w:w="55" w:type="dxa"/>
              <w:left w:w="55" w:type="dxa"/>
              <w:bottom w:w="55" w:type="dxa"/>
              <w:right w:w="55" w:type="dxa"/>
            </w:tcMar>
            <w:vAlign w:val="center"/>
          </w:tcPr>
          <w:p w14:paraId="476E9EDC" w14:textId="77777777" w:rsidR="00C019D7" w:rsidRPr="00622453" w:rsidRDefault="00C019D7">
            <w:pPr>
              <w:jc w:val="center"/>
              <w:rPr>
                <w:rFonts w:ascii="游明朝" w:eastAsia="游明朝" w:hAnsi="游明朝"/>
                <w:sz w:val="22"/>
              </w:rPr>
            </w:pPr>
          </w:p>
        </w:tc>
        <w:tc>
          <w:tcPr>
            <w:tcW w:w="3357" w:type="dxa"/>
            <w:tcBorders>
              <w:right w:val="single" w:sz="18" w:space="0" w:color="auto"/>
            </w:tcBorders>
            <w:tcMar>
              <w:top w:w="55" w:type="dxa"/>
              <w:left w:w="55" w:type="dxa"/>
              <w:bottom w:w="55" w:type="dxa"/>
              <w:right w:w="55" w:type="dxa"/>
            </w:tcMar>
            <w:vAlign w:val="center"/>
          </w:tcPr>
          <w:p w14:paraId="79D12D1E" w14:textId="77777777" w:rsidR="00C019D7" w:rsidRPr="00622453" w:rsidRDefault="00C019D7">
            <w:pPr>
              <w:jc w:val="center"/>
              <w:rPr>
                <w:rFonts w:ascii="游明朝" w:eastAsia="游明朝" w:hAnsi="游明朝"/>
                <w:sz w:val="22"/>
              </w:rPr>
            </w:pPr>
          </w:p>
        </w:tc>
      </w:tr>
      <w:tr w:rsidR="00C42523" w:rsidRPr="00622453" w14:paraId="3EEFD7D0" w14:textId="77777777" w:rsidTr="007B3054">
        <w:trPr>
          <w:trHeight w:val="465"/>
          <w:jc w:val="center"/>
        </w:trPr>
        <w:tc>
          <w:tcPr>
            <w:tcW w:w="513" w:type="dxa"/>
            <w:tcBorders>
              <w:left w:val="single" w:sz="18" w:space="0" w:color="auto"/>
            </w:tcBorders>
            <w:tcMar>
              <w:top w:w="55" w:type="dxa"/>
              <w:left w:w="55" w:type="dxa"/>
              <w:bottom w:w="55" w:type="dxa"/>
              <w:right w:w="55" w:type="dxa"/>
            </w:tcMar>
            <w:vAlign w:val="center"/>
          </w:tcPr>
          <w:p w14:paraId="3F3408EB" w14:textId="113B36FA" w:rsidR="00C42523" w:rsidRPr="00622453" w:rsidRDefault="00C019D7">
            <w:pPr>
              <w:jc w:val="center"/>
              <w:rPr>
                <w:rFonts w:ascii="游明朝" w:eastAsia="游明朝" w:hAnsi="游明朝"/>
                <w:sz w:val="22"/>
              </w:rPr>
            </w:pPr>
            <w:r>
              <w:rPr>
                <w:rFonts w:ascii="游明朝" w:eastAsia="游明朝" w:hAnsi="游明朝" w:hint="eastAsia"/>
                <w:sz w:val="22"/>
                <w:lang w:eastAsia="ja-JP"/>
              </w:rPr>
              <w:t>6</w:t>
            </w:r>
          </w:p>
        </w:tc>
        <w:tc>
          <w:tcPr>
            <w:tcW w:w="977" w:type="dxa"/>
            <w:tcMar>
              <w:top w:w="55" w:type="dxa"/>
              <w:left w:w="55" w:type="dxa"/>
              <w:bottom w:w="55" w:type="dxa"/>
              <w:right w:w="55" w:type="dxa"/>
            </w:tcMar>
            <w:vAlign w:val="center"/>
          </w:tcPr>
          <w:p w14:paraId="4A46E3DB" w14:textId="77777777" w:rsidR="00C42523" w:rsidRPr="00622453" w:rsidRDefault="00C42523">
            <w:pPr>
              <w:jc w:val="center"/>
              <w:rPr>
                <w:rFonts w:ascii="游明朝" w:eastAsia="游明朝" w:hAnsi="游明朝"/>
                <w:sz w:val="22"/>
              </w:rPr>
            </w:pPr>
          </w:p>
        </w:tc>
        <w:tc>
          <w:tcPr>
            <w:tcW w:w="1280" w:type="dxa"/>
            <w:tcMar>
              <w:top w:w="55" w:type="dxa"/>
              <w:left w:w="55" w:type="dxa"/>
              <w:bottom w:w="55" w:type="dxa"/>
              <w:right w:w="55" w:type="dxa"/>
            </w:tcMar>
            <w:vAlign w:val="center"/>
          </w:tcPr>
          <w:p w14:paraId="1CA02326" w14:textId="77777777" w:rsidR="00C42523" w:rsidRPr="00622453" w:rsidRDefault="00C42523">
            <w:pPr>
              <w:jc w:val="center"/>
              <w:rPr>
                <w:rFonts w:ascii="游明朝" w:eastAsia="游明朝" w:hAnsi="游明朝"/>
                <w:sz w:val="22"/>
              </w:rPr>
            </w:pPr>
          </w:p>
        </w:tc>
        <w:tc>
          <w:tcPr>
            <w:tcW w:w="1701" w:type="dxa"/>
            <w:tcMar>
              <w:top w:w="55" w:type="dxa"/>
              <w:left w:w="55" w:type="dxa"/>
              <w:bottom w:w="55" w:type="dxa"/>
              <w:right w:w="55" w:type="dxa"/>
            </w:tcMar>
            <w:vAlign w:val="center"/>
          </w:tcPr>
          <w:p w14:paraId="4671336F" w14:textId="77777777" w:rsidR="00C42523" w:rsidRPr="00622453" w:rsidRDefault="00C42523">
            <w:pPr>
              <w:jc w:val="center"/>
              <w:rPr>
                <w:rFonts w:ascii="游明朝" w:eastAsia="游明朝" w:hAnsi="游明朝"/>
                <w:sz w:val="22"/>
              </w:rPr>
            </w:pPr>
          </w:p>
        </w:tc>
        <w:tc>
          <w:tcPr>
            <w:tcW w:w="2552" w:type="dxa"/>
            <w:tcMar>
              <w:top w:w="55" w:type="dxa"/>
              <w:left w:w="55" w:type="dxa"/>
              <w:bottom w:w="55" w:type="dxa"/>
              <w:right w:w="55" w:type="dxa"/>
            </w:tcMar>
            <w:vAlign w:val="center"/>
          </w:tcPr>
          <w:p w14:paraId="7FCEFFDD" w14:textId="77777777" w:rsidR="00C42523" w:rsidRPr="00622453" w:rsidRDefault="00C42523">
            <w:pPr>
              <w:jc w:val="center"/>
              <w:rPr>
                <w:rFonts w:ascii="游明朝" w:eastAsia="游明朝" w:hAnsi="游明朝"/>
                <w:sz w:val="22"/>
              </w:rPr>
            </w:pPr>
          </w:p>
        </w:tc>
        <w:tc>
          <w:tcPr>
            <w:tcW w:w="3357" w:type="dxa"/>
            <w:tcBorders>
              <w:right w:val="single" w:sz="18" w:space="0" w:color="auto"/>
            </w:tcBorders>
            <w:tcMar>
              <w:top w:w="55" w:type="dxa"/>
              <w:left w:w="55" w:type="dxa"/>
              <w:bottom w:w="55" w:type="dxa"/>
              <w:right w:w="55" w:type="dxa"/>
            </w:tcMar>
            <w:vAlign w:val="center"/>
          </w:tcPr>
          <w:p w14:paraId="433AB99F" w14:textId="77777777" w:rsidR="00C42523" w:rsidRPr="00622453" w:rsidRDefault="00C42523">
            <w:pPr>
              <w:jc w:val="center"/>
              <w:rPr>
                <w:rFonts w:ascii="游明朝" w:eastAsia="游明朝" w:hAnsi="游明朝"/>
                <w:sz w:val="22"/>
              </w:rPr>
            </w:pPr>
          </w:p>
        </w:tc>
      </w:tr>
      <w:tr w:rsidR="00C42523" w:rsidRPr="00622453" w14:paraId="48BA051D" w14:textId="77777777" w:rsidTr="007B3054">
        <w:trPr>
          <w:trHeight w:val="465"/>
          <w:jc w:val="center"/>
        </w:trPr>
        <w:tc>
          <w:tcPr>
            <w:tcW w:w="513" w:type="dxa"/>
            <w:tcBorders>
              <w:left w:val="single" w:sz="18" w:space="0" w:color="auto"/>
              <w:bottom w:val="single" w:sz="18" w:space="0" w:color="auto"/>
            </w:tcBorders>
            <w:tcMar>
              <w:top w:w="55" w:type="dxa"/>
              <w:left w:w="55" w:type="dxa"/>
              <w:bottom w:w="55" w:type="dxa"/>
              <w:right w:w="55" w:type="dxa"/>
            </w:tcMar>
            <w:vAlign w:val="center"/>
          </w:tcPr>
          <w:p w14:paraId="1237123E" w14:textId="2BD95628" w:rsidR="00C42523" w:rsidRPr="00622453" w:rsidRDefault="00C019D7">
            <w:pPr>
              <w:jc w:val="center"/>
              <w:rPr>
                <w:rFonts w:ascii="游明朝" w:eastAsia="游明朝" w:hAnsi="游明朝"/>
                <w:sz w:val="22"/>
              </w:rPr>
            </w:pPr>
            <w:r>
              <w:rPr>
                <w:rFonts w:ascii="游明朝" w:eastAsia="游明朝" w:hAnsi="游明朝" w:hint="eastAsia"/>
                <w:sz w:val="22"/>
                <w:lang w:eastAsia="ja-JP"/>
              </w:rPr>
              <w:t>7</w:t>
            </w:r>
          </w:p>
        </w:tc>
        <w:tc>
          <w:tcPr>
            <w:tcW w:w="977" w:type="dxa"/>
            <w:tcBorders>
              <w:bottom w:val="single" w:sz="18" w:space="0" w:color="auto"/>
            </w:tcBorders>
            <w:tcMar>
              <w:top w:w="55" w:type="dxa"/>
              <w:left w:w="55" w:type="dxa"/>
              <w:bottom w:w="55" w:type="dxa"/>
              <w:right w:w="55" w:type="dxa"/>
            </w:tcMar>
            <w:vAlign w:val="center"/>
          </w:tcPr>
          <w:p w14:paraId="65C39988" w14:textId="77777777" w:rsidR="00C42523" w:rsidRPr="00622453" w:rsidRDefault="00C42523">
            <w:pPr>
              <w:jc w:val="center"/>
              <w:rPr>
                <w:rFonts w:ascii="游明朝" w:eastAsia="游明朝" w:hAnsi="游明朝"/>
                <w:sz w:val="22"/>
              </w:rPr>
            </w:pPr>
          </w:p>
        </w:tc>
        <w:tc>
          <w:tcPr>
            <w:tcW w:w="1280" w:type="dxa"/>
            <w:tcBorders>
              <w:bottom w:val="single" w:sz="18" w:space="0" w:color="auto"/>
            </w:tcBorders>
            <w:tcMar>
              <w:top w:w="55" w:type="dxa"/>
              <w:left w:w="55" w:type="dxa"/>
              <w:bottom w:w="55" w:type="dxa"/>
              <w:right w:w="55" w:type="dxa"/>
            </w:tcMar>
            <w:vAlign w:val="center"/>
          </w:tcPr>
          <w:p w14:paraId="1BE5DB6A" w14:textId="77777777" w:rsidR="00C42523" w:rsidRPr="00622453" w:rsidRDefault="00C42523">
            <w:pPr>
              <w:jc w:val="center"/>
              <w:rPr>
                <w:rFonts w:ascii="游明朝" w:eastAsia="游明朝" w:hAnsi="游明朝"/>
                <w:sz w:val="22"/>
              </w:rPr>
            </w:pPr>
          </w:p>
        </w:tc>
        <w:tc>
          <w:tcPr>
            <w:tcW w:w="1701" w:type="dxa"/>
            <w:tcBorders>
              <w:bottom w:val="single" w:sz="18" w:space="0" w:color="auto"/>
            </w:tcBorders>
            <w:tcMar>
              <w:top w:w="55" w:type="dxa"/>
              <w:left w:w="55" w:type="dxa"/>
              <w:bottom w:w="55" w:type="dxa"/>
              <w:right w:w="55" w:type="dxa"/>
            </w:tcMar>
            <w:vAlign w:val="center"/>
          </w:tcPr>
          <w:p w14:paraId="5C1F1F4A" w14:textId="77777777" w:rsidR="00C42523" w:rsidRPr="00622453" w:rsidRDefault="00C42523">
            <w:pPr>
              <w:jc w:val="center"/>
              <w:rPr>
                <w:rFonts w:ascii="游明朝" w:eastAsia="游明朝" w:hAnsi="游明朝"/>
                <w:sz w:val="22"/>
              </w:rPr>
            </w:pPr>
          </w:p>
        </w:tc>
        <w:tc>
          <w:tcPr>
            <w:tcW w:w="2552" w:type="dxa"/>
            <w:tcBorders>
              <w:bottom w:val="single" w:sz="18" w:space="0" w:color="auto"/>
            </w:tcBorders>
            <w:tcMar>
              <w:top w:w="55" w:type="dxa"/>
              <w:left w:w="55" w:type="dxa"/>
              <w:bottom w:w="55" w:type="dxa"/>
              <w:right w:w="55" w:type="dxa"/>
            </w:tcMar>
            <w:vAlign w:val="center"/>
          </w:tcPr>
          <w:p w14:paraId="3100330C" w14:textId="77777777" w:rsidR="00C42523" w:rsidRPr="00622453" w:rsidRDefault="00C42523">
            <w:pPr>
              <w:jc w:val="center"/>
              <w:rPr>
                <w:rFonts w:ascii="游明朝" w:eastAsia="游明朝" w:hAnsi="游明朝"/>
                <w:sz w:val="22"/>
              </w:rPr>
            </w:pPr>
          </w:p>
        </w:tc>
        <w:tc>
          <w:tcPr>
            <w:tcW w:w="3357" w:type="dxa"/>
            <w:tcBorders>
              <w:bottom w:val="single" w:sz="18" w:space="0" w:color="auto"/>
              <w:right w:val="single" w:sz="18" w:space="0" w:color="auto"/>
            </w:tcBorders>
            <w:tcMar>
              <w:top w:w="55" w:type="dxa"/>
              <w:left w:w="55" w:type="dxa"/>
              <w:bottom w:w="55" w:type="dxa"/>
              <w:right w:w="55" w:type="dxa"/>
            </w:tcMar>
            <w:vAlign w:val="center"/>
          </w:tcPr>
          <w:p w14:paraId="6FB3330A" w14:textId="77777777" w:rsidR="00C42523" w:rsidRPr="00622453" w:rsidRDefault="00C42523">
            <w:pPr>
              <w:jc w:val="center"/>
              <w:rPr>
                <w:rFonts w:ascii="游明朝" w:eastAsia="游明朝" w:hAnsi="游明朝"/>
                <w:sz w:val="22"/>
              </w:rPr>
            </w:pPr>
          </w:p>
        </w:tc>
      </w:tr>
    </w:tbl>
    <w:p w14:paraId="46E7260C" w14:textId="77777777" w:rsidR="00C019D7" w:rsidRDefault="00C019D7">
      <w:pPr>
        <w:spacing w:before="60" w:after="20" w:line="240" w:lineRule="auto"/>
        <w:rPr>
          <w:rFonts w:ascii="BIZ UDP明朝 Medium" w:eastAsia="BIZ UDP明朝 Medium" w:hAnsi="BIZ UDP明朝 Medium"/>
          <w:b/>
          <w:sz w:val="22"/>
          <w:lang w:eastAsia="ja-JP"/>
        </w:rPr>
      </w:pPr>
    </w:p>
    <w:p w14:paraId="3ADAFBBC" w14:textId="4BCB0762" w:rsidR="00C42523" w:rsidRPr="00C019D7" w:rsidRDefault="00000000">
      <w:pPr>
        <w:spacing w:before="60" w:after="20" w:line="240" w:lineRule="auto"/>
        <w:rPr>
          <w:rFonts w:ascii="BIZ UDP明朝 Medium" w:eastAsia="BIZ UDP明朝 Medium" w:hAnsi="BIZ UDP明朝 Medium"/>
          <w:sz w:val="22"/>
          <w:lang w:eastAsia="ja-JP"/>
        </w:rPr>
      </w:pPr>
      <w:r w:rsidRPr="00C019D7">
        <w:rPr>
          <w:rFonts w:ascii="BIZ UDP明朝 Medium" w:eastAsia="BIZ UDP明朝 Medium" w:hAnsi="BIZ UDP明朝 Medium"/>
          <w:b/>
          <w:sz w:val="22"/>
          <w:lang w:eastAsia="ja-JP"/>
        </w:rPr>
        <w:t>※1 特例選抜：</w:t>
      </w:r>
      <w:r w:rsidRPr="00C019D7">
        <w:rPr>
          <w:rFonts w:ascii="BIZ UDP明朝 Medium" w:eastAsia="BIZ UDP明朝 Medium" w:hAnsi="BIZ UDP明朝 Medium"/>
          <w:sz w:val="22"/>
          <w:lang w:eastAsia="ja-JP"/>
        </w:rPr>
        <w:t>推薦入学生選抜試験・メディカド・IPC奨学生選抜試験の未受験者は「追試験」、一般入学生選抜試験の未受験者は奨学生選抜試験の結果を用いた「合格判定」を行います。</w:t>
      </w:r>
    </w:p>
    <w:p w14:paraId="7DF83C1A" w14:textId="77777777" w:rsidR="00C42523" w:rsidRPr="00C019D7" w:rsidRDefault="00000000">
      <w:pPr>
        <w:spacing w:after="40" w:line="240" w:lineRule="auto"/>
        <w:rPr>
          <w:rFonts w:ascii="BIZ UDP明朝 Medium" w:eastAsia="BIZ UDP明朝 Medium" w:hAnsi="BIZ UDP明朝 Medium"/>
          <w:sz w:val="22"/>
          <w:lang w:eastAsia="ja-JP"/>
        </w:rPr>
      </w:pPr>
      <w:r w:rsidRPr="00C019D7">
        <w:rPr>
          <w:rFonts w:ascii="BIZ UDP明朝 Medium" w:eastAsia="BIZ UDP明朝 Medium" w:hAnsi="BIZ UDP明朝 Medium"/>
          <w:b/>
          <w:sz w:val="22"/>
          <w:lang w:eastAsia="ja-JP"/>
        </w:rPr>
        <w:t>※2 入試区分：</w:t>
      </w:r>
      <w:r w:rsidRPr="00C019D7">
        <w:rPr>
          <w:rFonts w:ascii="BIZ UDP明朝 Medium" w:eastAsia="BIZ UDP明朝 Medium" w:hAnsi="BIZ UDP明朝 Medium"/>
          <w:sz w:val="22"/>
          <w:lang w:eastAsia="ja-JP"/>
        </w:rPr>
        <w:t>推薦入学生選抜試験は「推薦」、メディカド・IPC奨学生選抜試験は「メディカド・IPC」、一般入学生選抜試験は「一般」と記入してください。</w:t>
      </w:r>
    </w:p>
    <w:tbl>
      <w:tblPr>
        <w:tblStyle w:val="afe"/>
        <w:tblW w:w="0" w:type="auto"/>
        <w:jc w:val="center"/>
        <w:tblLook w:val="04A0" w:firstRow="1" w:lastRow="0" w:firstColumn="1" w:lastColumn="0" w:noHBand="0" w:noVBand="1"/>
      </w:tblPr>
      <w:tblGrid>
        <w:gridCol w:w="10478"/>
      </w:tblGrid>
      <w:tr w:rsidR="00C42523" w:rsidRPr="00C019D7" w14:paraId="60A29442" w14:textId="77777777">
        <w:trPr>
          <w:jc w:val="center"/>
        </w:trPr>
        <w:tc>
          <w:tcPr>
            <w:tcW w:w="10488" w:type="dxa"/>
            <w:shd w:val="clear" w:color="auto" w:fill="FFF2CC"/>
            <w:tcMar>
              <w:top w:w="55" w:type="dxa"/>
              <w:left w:w="55" w:type="dxa"/>
              <w:bottom w:w="55" w:type="dxa"/>
              <w:right w:w="55" w:type="dxa"/>
            </w:tcMar>
            <w:vAlign w:val="center"/>
          </w:tcPr>
          <w:p w14:paraId="3726A55C" w14:textId="77777777" w:rsidR="00C42523" w:rsidRPr="00C019D7" w:rsidRDefault="00000000">
            <w:pPr>
              <w:rPr>
                <w:rFonts w:ascii="BIZ UDP明朝 Medium" w:eastAsia="BIZ UDP明朝 Medium" w:hAnsi="BIZ UDP明朝 Medium"/>
                <w:sz w:val="22"/>
                <w:lang w:eastAsia="ja-JP"/>
              </w:rPr>
            </w:pPr>
            <w:r w:rsidRPr="00C019D7">
              <w:rPr>
                <w:rFonts w:ascii="BIZ UDP明朝 Medium" w:eastAsia="BIZ UDP明朝 Medium" w:hAnsi="BIZ UDP明朝 Medium"/>
                <w:sz w:val="22"/>
                <w:lang w:eastAsia="ja-JP"/>
              </w:rPr>
              <w:t>【特例選抜を受験できる条件】</w:t>
            </w:r>
            <w:r w:rsidRPr="00C019D7">
              <w:rPr>
                <w:rFonts w:ascii="BIZ UDP明朝 Medium" w:eastAsia="BIZ UDP明朝 Medium" w:hAnsi="BIZ UDP明朝 Medium"/>
                <w:sz w:val="22"/>
                <w:lang w:eastAsia="ja-JP"/>
              </w:rPr>
              <w:br/>
              <w:t>試験当日に、インフルエンザ等の学校保健安全法施行規則第18条に定める感染症に罹患し、受験できず欠席した者、または月経随伴症状に伴う体調不良により受験できず欠席した者。</w:t>
            </w:r>
          </w:p>
        </w:tc>
      </w:tr>
    </w:tbl>
    <w:p w14:paraId="581EA003" w14:textId="77777777" w:rsidR="00C42523" w:rsidRPr="00C019D7" w:rsidRDefault="00000000">
      <w:pPr>
        <w:spacing w:before="60" w:after="20"/>
        <w:rPr>
          <w:rFonts w:ascii="BIZ UDP明朝 Medium" w:eastAsia="BIZ UDP明朝 Medium" w:hAnsi="BIZ UDP明朝 Medium"/>
          <w:sz w:val="22"/>
        </w:rPr>
      </w:pPr>
      <w:r w:rsidRPr="00C019D7">
        <w:rPr>
          <w:rFonts w:ascii="BIZ UDP明朝 Medium" w:eastAsia="BIZ UDP明朝 Medium" w:hAnsi="BIZ UDP明朝 Medium"/>
          <w:b/>
          <w:sz w:val="22"/>
        </w:rPr>
        <w:t>【</w:t>
      </w:r>
      <w:proofErr w:type="spellStart"/>
      <w:r w:rsidRPr="00C019D7">
        <w:rPr>
          <w:rFonts w:ascii="BIZ UDP明朝 Medium" w:eastAsia="BIZ UDP明朝 Medium" w:hAnsi="BIZ UDP明朝 Medium"/>
          <w:b/>
          <w:sz w:val="22"/>
        </w:rPr>
        <w:t>特例選抜受験届提出期限</w:t>
      </w:r>
      <w:proofErr w:type="spellEnd"/>
      <w:r w:rsidRPr="00C019D7">
        <w:rPr>
          <w:rFonts w:ascii="BIZ UDP明朝 Medium" w:eastAsia="BIZ UDP明朝 Medium" w:hAnsi="BIZ UDP明朝 Medium"/>
          <w:b/>
          <w:sz w:val="22"/>
        </w:rPr>
        <w:t>】</w:t>
      </w:r>
    </w:p>
    <w:tbl>
      <w:tblPr>
        <w:tblStyle w:val="afe"/>
        <w:tblW w:w="0" w:type="auto"/>
        <w:jc w:val="center"/>
        <w:tblLayout w:type="fixed"/>
        <w:tblLook w:val="04A0" w:firstRow="1" w:lastRow="0" w:firstColumn="1" w:lastColumn="0" w:noHBand="0" w:noVBand="1"/>
      </w:tblPr>
      <w:tblGrid>
        <w:gridCol w:w="5244"/>
        <w:gridCol w:w="5244"/>
      </w:tblGrid>
      <w:tr w:rsidR="00C42523" w:rsidRPr="00C019D7" w14:paraId="60964E65" w14:textId="77777777">
        <w:trPr>
          <w:jc w:val="center"/>
        </w:trPr>
        <w:tc>
          <w:tcPr>
            <w:tcW w:w="5244" w:type="dxa"/>
            <w:tcMar>
              <w:top w:w="55" w:type="dxa"/>
              <w:left w:w="55" w:type="dxa"/>
              <w:bottom w:w="55" w:type="dxa"/>
              <w:right w:w="55" w:type="dxa"/>
            </w:tcMar>
            <w:vAlign w:val="center"/>
          </w:tcPr>
          <w:p w14:paraId="29ED6C7B" w14:textId="77777777" w:rsidR="00C42523" w:rsidRPr="00C019D7" w:rsidRDefault="00000000">
            <w:pPr>
              <w:rPr>
                <w:rFonts w:ascii="BIZ UDP明朝 Medium" w:eastAsia="BIZ UDP明朝 Medium" w:hAnsi="BIZ UDP明朝 Medium"/>
                <w:sz w:val="22"/>
                <w:lang w:eastAsia="ja-JP"/>
              </w:rPr>
            </w:pPr>
            <w:r w:rsidRPr="00C019D7">
              <w:rPr>
                <w:rFonts w:ascii="BIZ UDP明朝 Medium" w:eastAsia="BIZ UDP明朝 Medium" w:hAnsi="BIZ UDP明朝 Medium"/>
                <w:sz w:val="22"/>
                <w:lang w:eastAsia="ja-JP"/>
              </w:rPr>
              <w:t>推薦入学生・メディカド・IPC奨学生選抜試験</w:t>
            </w:r>
          </w:p>
        </w:tc>
        <w:tc>
          <w:tcPr>
            <w:tcW w:w="5244" w:type="dxa"/>
            <w:tcMar>
              <w:top w:w="55" w:type="dxa"/>
              <w:left w:w="55" w:type="dxa"/>
              <w:bottom w:w="55" w:type="dxa"/>
              <w:right w:w="55" w:type="dxa"/>
            </w:tcMar>
            <w:vAlign w:val="center"/>
          </w:tcPr>
          <w:p w14:paraId="146778E9"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b/>
                <w:sz w:val="22"/>
              </w:rPr>
              <w:t>1月20日（水）16:00</w:t>
            </w:r>
          </w:p>
        </w:tc>
      </w:tr>
      <w:tr w:rsidR="00C42523" w:rsidRPr="00C019D7" w14:paraId="4F8703E7" w14:textId="77777777">
        <w:trPr>
          <w:jc w:val="center"/>
        </w:trPr>
        <w:tc>
          <w:tcPr>
            <w:tcW w:w="5244" w:type="dxa"/>
            <w:tcMar>
              <w:top w:w="55" w:type="dxa"/>
              <w:left w:w="55" w:type="dxa"/>
              <w:bottom w:w="55" w:type="dxa"/>
              <w:right w:w="55" w:type="dxa"/>
            </w:tcMar>
            <w:vAlign w:val="center"/>
          </w:tcPr>
          <w:p w14:paraId="014A6B09" w14:textId="77777777" w:rsidR="00C42523" w:rsidRPr="00C019D7" w:rsidRDefault="00000000">
            <w:pPr>
              <w:rPr>
                <w:rFonts w:ascii="BIZ UDP明朝 Medium" w:eastAsia="BIZ UDP明朝 Medium" w:hAnsi="BIZ UDP明朝 Medium"/>
                <w:sz w:val="22"/>
              </w:rPr>
            </w:pPr>
            <w:r w:rsidRPr="00C019D7">
              <w:rPr>
                <w:rFonts w:ascii="BIZ UDP明朝 Medium" w:eastAsia="BIZ UDP明朝 Medium" w:hAnsi="BIZ UDP明朝 Medium"/>
                <w:sz w:val="22"/>
              </w:rPr>
              <w:t>一般入学生選抜試験</w:t>
            </w:r>
          </w:p>
        </w:tc>
        <w:tc>
          <w:tcPr>
            <w:tcW w:w="5244" w:type="dxa"/>
            <w:tcMar>
              <w:top w:w="55" w:type="dxa"/>
              <w:left w:w="55" w:type="dxa"/>
              <w:bottom w:w="55" w:type="dxa"/>
              <w:right w:w="55" w:type="dxa"/>
            </w:tcMar>
            <w:vAlign w:val="center"/>
          </w:tcPr>
          <w:p w14:paraId="1EF8F2CA"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b/>
                <w:sz w:val="22"/>
              </w:rPr>
              <w:t>2月5日（金）16:00</w:t>
            </w:r>
          </w:p>
        </w:tc>
      </w:tr>
    </w:tbl>
    <w:p w14:paraId="09AD9611" w14:textId="77777777" w:rsidR="00C42523" w:rsidRPr="00C019D7" w:rsidRDefault="00000000">
      <w:pPr>
        <w:spacing w:before="40" w:after="40"/>
        <w:jc w:val="right"/>
        <w:rPr>
          <w:rFonts w:ascii="BIZ UDP明朝 Medium" w:eastAsia="BIZ UDP明朝 Medium" w:hAnsi="BIZ UDP明朝 Medium"/>
          <w:sz w:val="22"/>
        </w:rPr>
      </w:pPr>
      <w:r w:rsidRPr="00C019D7">
        <w:rPr>
          <w:rFonts w:ascii="BIZ UDP明朝 Medium" w:eastAsia="BIZ UDP明朝 Medium" w:hAnsi="BIZ UDP明朝 Medium"/>
          <w:b/>
          <w:sz w:val="22"/>
        </w:rPr>
        <w:t>提出先：大分東明高等学校　FAX 097-533-2660</w:t>
      </w:r>
    </w:p>
    <w:p w14:paraId="6362BD93" w14:textId="77777777" w:rsidR="00C42523" w:rsidRPr="00C019D7" w:rsidRDefault="00000000">
      <w:pPr>
        <w:spacing w:after="20"/>
        <w:rPr>
          <w:rFonts w:ascii="BIZ UDP明朝 Medium" w:eastAsia="BIZ UDP明朝 Medium" w:hAnsi="BIZ UDP明朝 Medium"/>
          <w:sz w:val="22"/>
        </w:rPr>
      </w:pPr>
      <w:r w:rsidRPr="00C019D7">
        <w:rPr>
          <w:rFonts w:ascii="BIZ UDP明朝 Medium" w:eastAsia="BIZ UDP明朝 Medium" w:hAnsi="BIZ UDP明朝 Medium"/>
          <w:b/>
          <w:sz w:val="22"/>
        </w:rPr>
        <w:t>【本校処理欄】</w:t>
      </w:r>
    </w:p>
    <w:tbl>
      <w:tblPr>
        <w:tblStyle w:val="afe"/>
        <w:tblW w:w="0" w:type="auto"/>
        <w:jc w:val="center"/>
        <w:tblLook w:val="04A0" w:firstRow="1" w:lastRow="0" w:firstColumn="1" w:lastColumn="0" w:noHBand="0" w:noVBand="1"/>
      </w:tblPr>
      <w:tblGrid>
        <w:gridCol w:w="2096"/>
        <w:gridCol w:w="2096"/>
        <w:gridCol w:w="2096"/>
        <w:gridCol w:w="2095"/>
        <w:gridCol w:w="2095"/>
      </w:tblGrid>
      <w:tr w:rsidR="00C42523" w:rsidRPr="00C019D7" w14:paraId="3B3D7D66" w14:textId="77777777">
        <w:trPr>
          <w:jc w:val="center"/>
        </w:trPr>
        <w:tc>
          <w:tcPr>
            <w:tcW w:w="2098" w:type="dxa"/>
            <w:shd w:val="clear" w:color="auto" w:fill="E7E6E6"/>
            <w:tcMar>
              <w:top w:w="55" w:type="dxa"/>
              <w:left w:w="55" w:type="dxa"/>
              <w:bottom w:w="55" w:type="dxa"/>
              <w:right w:w="55" w:type="dxa"/>
            </w:tcMar>
            <w:vAlign w:val="center"/>
          </w:tcPr>
          <w:p w14:paraId="5E0FA178"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b/>
                <w:sz w:val="22"/>
              </w:rPr>
              <w:t>受付日</w:t>
            </w:r>
          </w:p>
        </w:tc>
        <w:tc>
          <w:tcPr>
            <w:tcW w:w="2098" w:type="dxa"/>
            <w:shd w:val="clear" w:color="auto" w:fill="E7E6E6"/>
            <w:tcMar>
              <w:top w:w="55" w:type="dxa"/>
              <w:left w:w="55" w:type="dxa"/>
              <w:bottom w:w="55" w:type="dxa"/>
              <w:right w:w="55" w:type="dxa"/>
            </w:tcMar>
            <w:vAlign w:val="center"/>
          </w:tcPr>
          <w:p w14:paraId="18B2561B"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b/>
                <w:sz w:val="22"/>
              </w:rPr>
              <w:t>中学校への確認</w:t>
            </w:r>
          </w:p>
        </w:tc>
        <w:tc>
          <w:tcPr>
            <w:tcW w:w="2098" w:type="dxa"/>
            <w:shd w:val="clear" w:color="auto" w:fill="E7E6E6"/>
            <w:tcMar>
              <w:top w:w="55" w:type="dxa"/>
              <w:left w:w="55" w:type="dxa"/>
              <w:bottom w:w="55" w:type="dxa"/>
              <w:right w:w="55" w:type="dxa"/>
            </w:tcMar>
            <w:vAlign w:val="center"/>
          </w:tcPr>
          <w:p w14:paraId="0C9E17AA"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b/>
                <w:sz w:val="22"/>
              </w:rPr>
              <w:t>BLEND確認日</w:t>
            </w:r>
          </w:p>
        </w:tc>
        <w:tc>
          <w:tcPr>
            <w:tcW w:w="2098" w:type="dxa"/>
            <w:shd w:val="clear" w:color="auto" w:fill="E7E6E6"/>
            <w:tcMar>
              <w:top w:w="55" w:type="dxa"/>
              <w:left w:w="55" w:type="dxa"/>
              <w:bottom w:w="55" w:type="dxa"/>
              <w:right w:w="55" w:type="dxa"/>
            </w:tcMar>
            <w:vAlign w:val="center"/>
          </w:tcPr>
          <w:p w14:paraId="27FE7DAC"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b/>
                <w:sz w:val="22"/>
              </w:rPr>
              <w:t>確認者</w:t>
            </w:r>
          </w:p>
        </w:tc>
        <w:tc>
          <w:tcPr>
            <w:tcW w:w="2098" w:type="dxa"/>
            <w:shd w:val="clear" w:color="auto" w:fill="E7E6E6"/>
            <w:tcMar>
              <w:top w:w="55" w:type="dxa"/>
              <w:left w:w="55" w:type="dxa"/>
              <w:bottom w:w="55" w:type="dxa"/>
              <w:right w:w="55" w:type="dxa"/>
            </w:tcMar>
            <w:vAlign w:val="center"/>
          </w:tcPr>
          <w:p w14:paraId="6927E9B4"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b/>
                <w:sz w:val="22"/>
              </w:rPr>
              <w:t>最終確認者</w:t>
            </w:r>
          </w:p>
        </w:tc>
      </w:tr>
      <w:tr w:rsidR="00C42523" w:rsidRPr="00C019D7" w14:paraId="0DC280AB" w14:textId="77777777">
        <w:trPr>
          <w:jc w:val="center"/>
        </w:trPr>
        <w:tc>
          <w:tcPr>
            <w:tcW w:w="2098" w:type="dxa"/>
            <w:tcMar>
              <w:top w:w="55" w:type="dxa"/>
              <w:left w:w="55" w:type="dxa"/>
              <w:bottom w:w="55" w:type="dxa"/>
              <w:right w:w="55" w:type="dxa"/>
            </w:tcMar>
            <w:vAlign w:val="center"/>
          </w:tcPr>
          <w:p w14:paraId="4100982F" w14:textId="4ABD4FE8"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sz w:val="22"/>
              </w:rPr>
              <w:t xml:space="preserve">　月　</w:t>
            </w:r>
            <w:r w:rsidR="006B5EDA">
              <w:rPr>
                <w:rFonts w:ascii="BIZ UDP明朝 Medium" w:eastAsia="BIZ UDP明朝 Medium" w:hAnsi="BIZ UDP明朝 Medium" w:hint="eastAsia"/>
                <w:sz w:val="22"/>
                <w:lang w:eastAsia="ja-JP"/>
              </w:rPr>
              <w:t xml:space="preserve">　　</w:t>
            </w:r>
            <w:r w:rsidRPr="00C019D7">
              <w:rPr>
                <w:rFonts w:ascii="BIZ UDP明朝 Medium" w:eastAsia="BIZ UDP明朝 Medium" w:hAnsi="BIZ UDP明朝 Medium"/>
                <w:sz w:val="22"/>
              </w:rPr>
              <w:t>日</w:t>
            </w:r>
          </w:p>
        </w:tc>
        <w:tc>
          <w:tcPr>
            <w:tcW w:w="2098" w:type="dxa"/>
            <w:tcMar>
              <w:top w:w="55" w:type="dxa"/>
              <w:left w:w="55" w:type="dxa"/>
              <w:bottom w:w="55" w:type="dxa"/>
              <w:right w:w="55" w:type="dxa"/>
            </w:tcMar>
            <w:vAlign w:val="center"/>
          </w:tcPr>
          <w:p w14:paraId="4EDB0CA7" w14:textId="77777777"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sz w:val="22"/>
              </w:rPr>
              <w:t>□ 済　□ 不要</w:t>
            </w:r>
          </w:p>
        </w:tc>
        <w:tc>
          <w:tcPr>
            <w:tcW w:w="2098" w:type="dxa"/>
            <w:tcMar>
              <w:top w:w="55" w:type="dxa"/>
              <w:left w:w="55" w:type="dxa"/>
              <w:bottom w:w="55" w:type="dxa"/>
              <w:right w:w="55" w:type="dxa"/>
            </w:tcMar>
            <w:vAlign w:val="center"/>
          </w:tcPr>
          <w:p w14:paraId="44814ABE" w14:textId="7165E850" w:rsidR="00C42523" w:rsidRPr="00C019D7" w:rsidRDefault="00000000">
            <w:pPr>
              <w:jc w:val="center"/>
              <w:rPr>
                <w:rFonts w:ascii="BIZ UDP明朝 Medium" w:eastAsia="BIZ UDP明朝 Medium" w:hAnsi="BIZ UDP明朝 Medium"/>
                <w:sz w:val="22"/>
              </w:rPr>
            </w:pPr>
            <w:r w:rsidRPr="00C019D7">
              <w:rPr>
                <w:rFonts w:ascii="BIZ UDP明朝 Medium" w:eastAsia="BIZ UDP明朝 Medium" w:hAnsi="BIZ UDP明朝 Medium"/>
                <w:sz w:val="22"/>
              </w:rPr>
              <w:t xml:space="preserve">　月　</w:t>
            </w:r>
            <w:r w:rsidR="006B5EDA">
              <w:rPr>
                <w:rFonts w:ascii="BIZ UDP明朝 Medium" w:eastAsia="BIZ UDP明朝 Medium" w:hAnsi="BIZ UDP明朝 Medium" w:hint="eastAsia"/>
                <w:sz w:val="22"/>
                <w:lang w:eastAsia="ja-JP"/>
              </w:rPr>
              <w:t xml:space="preserve">　　</w:t>
            </w:r>
            <w:r w:rsidRPr="00C019D7">
              <w:rPr>
                <w:rFonts w:ascii="BIZ UDP明朝 Medium" w:eastAsia="BIZ UDP明朝 Medium" w:hAnsi="BIZ UDP明朝 Medium"/>
                <w:sz w:val="22"/>
              </w:rPr>
              <w:t>日</w:t>
            </w:r>
          </w:p>
        </w:tc>
        <w:tc>
          <w:tcPr>
            <w:tcW w:w="2098" w:type="dxa"/>
            <w:tcMar>
              <w:top w:w="55" w:type="dxa"/>
              <w:left w:w="55" w:type="dxa"/>
              <w:bottom w:w="55" w:type="dxa"/>
              <w:right w:w="55" w:type="dxa"/>
            </w:tcMar>
            <w:vAlign w:val="center"/>
          </w:tcPr>
          <w:p w14:paraId="2F1D4054" w14:textId="77777777" w:rsidR="00C42523" w:rsidRPr="00C019D7" w:rsidRDefault="00C42523">
            <w:pPr>
              <w:jc w:val="center"/>
              <w:rPr>
                <w:rFonts w:ascii="BIZ UDP明朝 Medium" w:eastAsia="BIZ UDP明朝 Medium" w:hAnsi="BIZ UDP明朝 Medium"/>
                <w:sz w:val="22"/>
              </w:rPr>
            </w:pPr>
          </w:p>
        </w:tc>
        <w:tc>
          <w:tcPr>
            <w:tcW w:w="2098" w:type="dxa"/>
            <w:tcMar>
              <w:top w:w="55" w:type="dxa"/>
              <w:left w:w="55" w:type="dxa"/>
              <w:bottom w:w="55" w:type="dxa"/>
              <w:right w:w="55" w:type="dxa"/>
            </w:tcMar>
            <w:vAlign w:val="center"/>
          </w:tcPr>
          <w:p w14:paraId="1039A02C" w14:textId="77777777" w:rsidR="00C42523" w:rsidRPr="00C019D7" w:rsidRDefault="00C42523">
            <w:pPr>
              <w:jc w:val="center"/>
              <w:rPr>
                <w:rFonts w:ascii="BIZ UDP明朝 Medium" w:eastAsia="BIZ UDP明朝 Medium" w:hAnsi="BIZ UDP明朝 Medium"/>
                <w:sz w:val="22"/>
              </w:rPr>
            </w:pPr>
          </w:p>
        </w:tc>
      </w:tr>
    </w:tbl>
    <w:p w14:paraId="79CEDAF0" w14:textId="77777777" w:rsidR="00ED6A16" w:rsidRPr="00C019D7" w:rsidRDefault="00ED6A16" w:rsidP="00622453">
      <w:pPr>
        <w:rPr>
          <w:rFonts w:ascii="BIZ UDP明朝 Medium" w:eastAsia="BIZ UDP明朝 Medium" w:hAnsi="BIZ UDP明朝 Medium"/>
          <w:sz w:val="22"/>
          <w:lang w:eastAsia="ja-JP"/>
        </w:rPr>
      </w:pPr>
    </w:p>
    <w:sectPr w:rsidR="00ED6A16" w:rsidRPr="00C019D7" w:rsidSect="00034616">
      <w:pgSz w:w="11906" w:h="16838"/>
      <w:pgMar w:top="652" w:right="709" w:bottom="567"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41613303">
    <w:abstractNumId w:val="8"/>
  </w:num>
  <w:num w:numId="2" w16cid:durableId="1988242951">
    <w:abstractNumId w:val="6"/>
  </w:num>
  <w:num w:numId="3" w16cid:durableId="1987395268">
    <w:abstractNumId w:val="5"/>
  </w:num>
  <w:num w:numId="4" w16cid:durableId="494806848">
    <w:abstractNumId w:val="4"/>
  </w:num>
  <w:num w:numId="5" w16cid:durableId="1802383948">
    <w:abstractNumId w:val="7"/>
  </w:num>
  <w:num w:numId="6" w16cid:durableId="2009601700">
    <w:abstractNumId w:val="3"/>
  </w:num>
  <w:num w:numId="7" w16cid:durableId="1272858408">
    <w:abstractNumId w:val="2"/>
  </w:num>
  <w:num w:numId="8" w16cid:durableId="1319961889">
    <w:abstractNumId w:val="1"/>
  </w:num>
  <w:num w:numId="9" w16cid:durableId="1077093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2F04"/>
    <w:rsid w:val="00622453"/>
    <w:rsid w:val="006B5EDA"/>
    <w:rsid w:val="007B3054"/>
    <w:rsid w:val="00AA1D8D"/>
    <w:rsid w:val="00B02BE2"/>
    <w:rsid w:val="00B47730"/>
    <w:rsid w:val="00C019D7"/>
    <w:rsid w:val="00C42523"/>
    <w:rsid w:val="00CB0664"/>
    <w:rsid w:val="00ED6A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5609154"/>
  <w14:defaultImageDpi w14:val="300"/>
  <w15:docId w15:val="{936FE7D5-C5B4-44FF-9908-660BB0A71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1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119</Words>
  <Characters>683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Owner</cp:lastModifiedBy>
  <cp:revision>6</cp:revision>
  <cp:lastPrinted>2026-10-15T22:49:00Z</cp:lastPrinted>
  <dcterms:created xsi:type="dcterms:W3CDTF">2026-09-16T07:14:00Z</dcterms:created>
  <dcterms:modified xsi:type="dcterms:W3CDTF">2026-10-15T22:58:00Z</dcterms:modified>
  <cp:category/>
</cp:coreProperties>
</file>